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autoSpaceDN w:val="0"/>
        <w:tabs>
          <w:tab w:pos="8324" w:val="left"/>
        </w:tabs>
        <w:autoSpaceDE w:val="0"/>
        <w:widowControl/>
        <w:spacing w:line="396" w:lineRule="exact" w:before="214" w:after="0"/>
        <w:ind w:left="6852" w:right="0" w:firstLine="0"/>
        <w:jc w:val="left"/>
      </w:pPr>
      <w:r>
        <w:rPr>
          <w:rFonts w:ascii="Droid Sans Fallback" w:hAnsi="Droid Sans Fallback" w:eastAsia="Droid Sans Fallback"/>
          <w:b w:val="0"/>
          <w:i w:val="0"/>
          <w:color w:val="FF6699"/>
          <w:sz w:val="24"/>
        </w:rPr>
        <w:t xml:space="preserve">登录 </w:t>
      </w:r>
      <w:r>
        <w:tab/>
      </w:r>
      <w:r>
        <w:rPr>
          <w:rFonts w:ascii="Droid Sans Fallback" w:hAnsi="Droid Sans Fallback" w:eastAsia="Droid Sans Fallback"/>
          <w:b w:val="0"/>
          <w:i w:val="0"/>
          <w:color w:val="FFFFFF"/>
          <w:sz w:val="34"/>
        </w:rPr>
        <w:t>下载 App</w:t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5989320</wp:posOffset>
            </wp:positionH>
            <wp:positionV relativeFrom="page">
              <wp:posOffset>2951480</wp:posOffset>
            </wp:positionV>
            <wp:extent cx="289559" cy="298450"/>
            <wp:wrapNone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89559" cy="29845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579120</wp:posOffset>
            </wp:positionH>
            <wp:positionV relativeFrom="page">
              <wp:posOffset>2731770</wp:posOffset>
            </wp:positionV>
            <wp:extent cx="737870" cy="727709"/>
            <wp:wrapNone/>
            <wp:docPr id="2" name="Picture 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37870" cy="727709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685800</wp:posOffset>
            </wp:positionH>
            <wp:positionV relativeFrom="page">
              <wp:posOffset>485140</wp:posOffset>
            </wp:positionV>
            <wp:extent cx="1209039" cy="553719"/>
            <wp:wrapNone/>
            <wp:docPr id="3" name="Picture 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09039" cy="553719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326390</wp:posOffset>
            </wp:positionH>
            <wp:positionV relativeFrom="page">
              <wp:posOffset>355600</wp:posOffset>
            </wp:positionV>
            <wp:extent cx="6912609" cy="10336530"/>
            <wp:wrapNone/>
            <wp:docPr id="4" name="Picture 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912609" cy="1033653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autoSpaceDN w:val="0"/>
        <w:autoSpaceDE w:val="0"/>
        <w:widowControl/>
        <w:spacing w:line="668" w:lineRule="exact" w:before="590" w:after="0"/>
        <w:ind w:left="0" w:right="0" w:firstLine="0"/>
        <w:jc w:val="left"/>
      </w:pPr>
      <w:r>
        <w:rPr>
          <w:rFonts w:ascii="Droid Sans Fallback" w:hAnsi="Droid Sans Fallback" w:eastAsia="Droid Sans Fallback"/>
          <w:b w:val="0"/>
          <w:i w:val="0"/>
          <w:color w:val="17181B"/>
          <w:sz w:val="63"/>
        </w:rPr>
        <w:t>【漫画版《雅思词汇真经》】 12天</w:t>
      </w:r>
    </w:p>
    <w:p>
      <w:pPr>
        <w:autoSpaceDN w:val="0"/>
        <w:autoSpaceDE w:val="0"/>
        <w:widowControl/>
        <w:spacing w:line="668" w:lineRule="exact" w:before="196" w:after="816"/>
        <w:ind w:left="0" w:right="0" w:firstLine="0"/>
        <w:jc w:val="left"/>
      </w:pPr>
      <w:r>
        <w:rPr>
          <w:rFonts w:ascii="Droid Sans Fallback" w:hAnsi="Droid Sans Fallback" w:eastAsia="Droid Sans Fallback"/>
          <w:b w:val="0"/>
          <w:i w:val="0"/>
          <w:color w:val="17181B"/>
          <w:sz w:val="63"/>
        </w:rPr>
        <w:t>刷爆3600个雅思核心单词</w:t>
      </w:r>
    </w:p>
    <w:p>
      <w:pPr>
        <w:sectPr>
          <w:pgSz w:w="11899" w:h="16838"/>
          <w:pgMar w:top="998" w:right="1186" w:bottom="1440" w:left="914" w:header="720" w:footer="720" w:gutter="0"/>
          <w:cols w:num="1" w:equalWidth="0">
            <w:col w:w="9800" w:space="0"/>
          </w:cols>
          <w:docGrid w:linePitch="360"/>
        </w:sectPr>
      </w:pPr>
    </w:p>
    <w:p>
      <w:pPr>
        <w:autoSpaceDN w:val="0"/>
        <w:autoSpaceDE w:val="0"/>
        <w:widowControl/>
        <w:spacing w:line="460" w:lineRule="exact" w:before="0" w:after="0"/>
        <w:ind w:left="1494" w:right="2592" w:firstLine="0"/>
        <w:jc w:val="left"/>
      </w:pPr>
      <w:r>
        <w:rPr>
          <w:rFonts w:ascii="Droid Sans Fallback" w:hAnsi="Droid Sans Fallback" w:eastAsia="Droid Sans Fallback"/>
          <w:b w:val="0"/>
          <w:i w:val="0"/>
          <w:color w:val="17181B"/>
          <w:sz w:val="43"/>
        </w:rPr>
        <w:t xml:space="preserve">英语卡卡西 </w:t>
      </w:r>
      <w:r>
        <w:br/>
      </w:r>
      <w:r>
        <w:rPr>
          <w:rFonts w:ascii="Times New Roman" w:hAnsi="Times New Roman" w:eastAsia="Times New Roman"/>
          <w:b w:val="0"/>
          <w:i w:val="0"/>
          <w:color w:val="9499A0"/>
          <w:sz w:val="34"/>
        </w:rPr>
        <w:t>202410201747</w:t>
      </w:r>
    </w:p>
    <w:p/>
    <w:p>
      <w:pPr>
        <w:autoSpaceDN w:val="0"/>
        <w:autoSpaceDE w:val="0"/>
        <w:widowControl/>
        <w:spacing w:line="376" w:lineRule="exact" w:before="0" w:after="8932"/>
        <w:ind w:left="0" w:right="20" w:firstLine="0"/>
        <w:jc w:val="right"/>
      </w:pPr>
      <w:r>
        <w:rPr>
          <w:rFonts w:ascii="Droid Sans Fallback" w:hAnsi="Droid Sans Fallback" w:eastAsia="Droid Sans Fallback"/>
          <w:b w:val="0"/>
          <w:i w:val="0"/>
          <w:color w:val="FF6699"/>
          <w:sz w:val="37"/>
        </w:rPr>
        <w:t>关注</w:t>
      </w:r>
    </w:p>
    <w:p>
      <w:pPr>
        <w:sectPr>
          <w:type w:val="continuous"/>
          <w:pgSz w:w="11899" w:h="16838"/>
          <w:pgMar w:top="998" w:right="1186" w:bottom="1440" w:left="914" w:header="720" w:footer="720" w:gutter="0"/>
          <w:cols w:num="2" w:equalWidth="0">
            <w:col w:w="6418" w:space="0"/>
            <w:col w:w="3382" w:space="0"/>
          </w:cols>
          <w:docGrid w:linePitch="360"/>
        </w:sectPr>
      </w:pPr>
    </w:p>
    <w:p>
      <w:pPr>
        <w:autoSpaceDN w:val="0"/>
        <w:autoSpaceDE w:val="0"/>
        <w:widowControl/>
        <w:spacing w:line="636" w:lineRule="exact" w:before="0" w:after="0"/>
        <w:ind w:left="0" w:right="1704" w:firstLine="0"/>
        <w:jc w:val="right"/>
      </w:pPr>
      <w:r>
        <w:rPr>
          <w:rFonts w:ascii="Droid Sans Fallback" w:hAnsi="Droid Sans Fallback" w:eastAsia="Droid Sans Fallback"/>
          <w:b w:val="0"/>
          <w:i w:val="0"/>
          <w:color w:val="FFFFFF"/>
          <w:sz w:val="40"/>
        </w:rPr>
        <w:t>打开App，查看更多精彩内容</w:t>
      </w:r>
    </w:p>
    <w:p>
      <w:pPr>
        <w:sectPr>
          <w:type w:val="continuous"/>
          <w:pgSz w:w="11899" w:h="16838"/>
          <w:pgMar w:top="998" w:right="1186" w:bottom="1440" w:left="914" w:header="720" w:footer="720" w:gutter="0"/>
          <w:cols w:num="1" w:equalWidth="0">
            <w:col w:w="9800" w:space="0"/>
          </w:cols>
          <w:docGrid w:linePitch="360"/>
        </w:sectPr>
      </w:pPr>
    </w:p>
    <w:p>
      <w:pPr>
        <w:autoSpaceDN w:val="0"/>
        <w:tabs>
          <w:tab w:pos="7438" w:val="left"/>
        </w:tabs>
        <w:autoSpaceDE w:val="0"/>
        <w:widowControl/>
        <w:spacing w:line="396" w:lineRule="exact" w:before="214" w:after="0"/>
        <w:ind w:left="5966" w:right="0" w:firstLine="0"/>
        <w:jc w:val="left"/>
      </w:pPr>
      <w:r>
        <w:rPr>
          <w:rFonts w:ascii="Droid Sans Fallback" w:hAnsi="Droid Sans Fallback" w:eastAsia="Droid Sans Fallback"/>
          <w:b w:val="0"/>
          <w:i w:val="0"/>
          <w:color w:val="FF6699"/>
          <w:sz w:val="24"/>
        </w:rPr>
        <w:t xml:space="preserve">登录 </w:t>
      </w:r>
      <w:r>
        <w:tab/>
      </w:r>
      <w:r>
        <w:rPr>
          <w:rFonts w:ascii="Droid Sans Fallback" w:hAnsi="Droid Sans Fallback" w:eastAsia="Droid Sans Fallback"/>
          <w:b w:val="0"/>
          <w:i w:val="0"/>
          <w:color w:val="FFFFFF"/>
          <w:sz w:val="34"/>
        </w:rPr>
        <w:t>下载 App</w:t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685800</wp:posOffset>
            </wp:positionH>
            <wp:positionV relativeFrom="page">
              <wp:posOffset>361950</wp:posOffset>
            </wp:positionV>
            <wp:extent cx="6085840" cy="7981950"/>
            <wp:wrapNone/>
            <wp:docPr id="5" name="Picture 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085840" cy="798195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355600</wp:posOffset>
            </wp:positionH>
            <wp:positionV relativeFrom="page">
              <wp:posOffset>355600</wp:posOffset>
            </wp:positionV>
            <wp:extent cx="6858000" cy="10336530"/>
            <wp:wrapNone/>
            <wp:docPr id="6" name="Picture 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033653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autoSpaceDN w:val="0"/>
        <w:autoSpaceDE w:val="0"/>
        <w:widowControl/>
        <w:spacing w:line="530" w:lineRule="exact" w:before="12528" w:after="0"/>
        <w:ind w:left="0" w:right="4632" w:firstLine="0"/>
        <w:jc w:val="right"/>
      </w:pPr>
      <w:r>
        <w:rPr>
          <w:rFonts w:ascii="Times New Roman" w:hAnsi="Times New Roman" w:eastAsia="Times New Roman"/>
          <w:b w:val="0"/>
          <w:i w:val="0"/>
          <w:color w:val="999999"/>
          <w:sz w:val="44"/>
        </w:rPr>
        <w:t>1</w:t>
      </w:r>
    </w:p>
    <w:p>
      <w:pPr>
        <w:sectPr>
          <w:pgSz w:w="11899" w:h="16838"/>
          <w:pgMar w:top="998" w:right="1194" w:bottom="1440" w:left="1800" w:header="720" w:footer="720" w:gutter="0"/>
          <w:cols w:num="1" w:equalWidth="0">
            <w:col w:w="8906" w:space="0"/>
          </w:cols>
          <w:docGrid w:linePitch="360"/>
        </w:sectPr>
      </w:pPr>
    </w:p>
    <w:p>
      <w:pPr>
        <w:autoSpaceDN w:val="0"/>
        <w:tabs>
          <w:tab w:pos="7438" w:val="left"/>
        </w:tabs>
        <w:autoSpaceDE w:val="0"/>
        <w:widowControl/>
        <w:spacing w:line="396" w:lineRule="exact" w:before="214" w:after="0"/>
        <w:ind w:left="5966" w:right="0" w:firstLine="0"/>
        <w:jc w:val="left"/>
      </w:pPr>
      <w:r>
        <w:rPr>
          <w:rFonts w:ascii="Droid Sans Fallback" w:hAnsi="Droid Sans Fallback" w:eastAsia="Droid Sans Fallback"/>
          <w:b w:val="0"/>
          <w:i w:val="0"/>
          <w:color w:val="FF6699"/>
          <w:sz w:val="24"/>
        </w:rPr>
        <w:t xml:space="preserve">登录 </w:t>
      </w:r>
      <w:r>
        <w:tab/>
      </w:r>
      <w:r>
        <w:rPr>
          <w:rFonts w:ascii="Droid Sans Fallback" w:hAnsi="Droid Sans Fallback" w:eastAsia="Droid Sans Fallback"/>
          <w:b w:val="0"/>
          <w:i w:val="0"/>
          <w:color w:val="FFFFFF"/>
          <w:sz w:val="34"/>
        </w:rPr>
        <w:t>下载 App</w:t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685800</wp:posOffset>
            </wp:positionH>
            <wp:positionV relativeFrom="page">
              <wp:posOffset>361950</wp:posOffset>
            </wp:positionV>
            <wp:extent cx="6085840" cy="7981950"/>
            <wp:wrapNone/>
            <wp:docPr id="7" name="Picture 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085840" cy="798195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355600</wp:posOffset>
            </wp:positionH>
            <wp:positionV relativeFrom="page">
              <wp:posOffset>355600</wp:posOffset>
            </wp:positionV>
            <wp:extent cx="6858000" cy="10336530"/>
            <wp:wrapNone/>
            <wp:docPr id="8" name="Picture 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033653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autoSpaceDN w:val="0"/>
        <w:autoSpaceDE w:val="0"/>
        <w:widowControl/>
        <w:spacing w:line="538" w:lineRule="exact" w:before="12528" w:after="0"/>
        <w:ind w:left="0" w:right="4608" w:firstLine="0"/>
        <w:jc w:val="right"/>
      </w:pPr>
      <w:r>
        <w:rPr>
          <w:rFonts w:ascii="Times New Roman" w:hAnsi="Times New Roman" w:eastAsia="Times New Roman"/>
          <w:b w:val="0"/>
          <w:i w:val="0"/>
          <w:color w:val="999999"/>
          <w:sz w:val="48"/>
        </w:rPr>
        <w:t>2</w:t>
      </w:r>
    </w:p>
    <w:p>
      <w:pPr>
        <w:sectPr>
          <w:pgSz w:w="11899" w:h="16838"/>
          <w:pgMar w:top="998" w:right="1194" w:bottom="1440" w:left="1800" w:header="720" w:footer="720" w:gutter="0"/>
          <w:cols w:num="1" w:equalWidth="0">
            <w:col w:w="8906" w:space="0"/>
          </w:cols>
          <w:docGrid w:linePitch="360"/>
        </w:sectPr>
      </w:pPr>
    </w:p>
    <w:p>
      <w:pPr>
        <w:autoSpaceDN w:val="0"/>
        <w:tabs>
          <w:tab w:pos="7438" w:val="left"/>
        </w:tabs>
        <w:autoSpaceDE w:val="0"/>
        <w:widowControl/>
        <w:spacing w:line="396" w:lineRule="exact" w:before="214" w:after="0"/>
        <w:ind w:left="5966" w:right="0" w:firstLine="0"/>
        <w:jc w:val="left"/>
      </w:pPr>
      <w:r>
        <w:rPr>
          <w:rFonts w:ascii="Droid Sans Fallback" w:hAnsi="Droid Sans Fallback" w:eastAsia="Droid Sans Fallback"/>
          <w:b w:val="0"/>
          <w:i w:val="0"/>
          <w:color w:val="FF6699"/>
          <w:sz w:val="24"/>
        </w:rPr>
        <w:t xml:space="preserve">登录 </w:t>
      </w:r>
      <w:r>
        <w:tab/>
      </w:r>
      <w:r>
        <w:rPr>
          <w:rFonts w:ascii="Droid Sans Fallback" w:hAnsi="Droid Sans Fallback" w:eastAsia="Droid Sans Fallback"/>
          <w:b w:val="0"/>
          <w:i w:val="0"/>
          <w:color w:val="FFFFFF"/>
          <w:sz w:val="34"/>
        </w:rPr>
        <w:t>下载 App</w:t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685800</wp:posOffset>
            </wp:positionH>
            <wp:positionV relativeFrom="page">
              <wp:posOffset>361950</wp:posOffset>
            </wp:positionV>
            <wp:extent cx="6085840" cy="7981950"/>
            <wp:wrapNone/>
            <wp:docPr id="9" name="Picture 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085840" cy="798195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355600</wp:posOffset>
            </wp:positionH>
            <wp:positionV relativeFrom="page">
              <wp:posOffset>355600</wp:posOffset>
            </wp:positionV>
            <wp:extent cx="6858000" cy="10336530"/>
            <wp:wrapNone/>
            <wp:docPr id="10" name="Picture 1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033653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autoSpaceDN w:val="0"/>
        <w:autoSpaceDE w:val="0"/>
        <w:widowControl/>
        <w:spacing w:line="540" w:lineRule="exact" w:before="12528" w:after="0"/>
        <w:ind w:left="0" w:right="4608" w:firstLine="0"/>
        <w:jc w:val="right"/>
      </w:pPr>
      <w:r>
        <w:rPr>
          <w:rFonts w:ascii="Times New Roman" w:hAnsi="Times New Roman" w:eastAsia="Times New Roman"/>
          <w:b w:val="0"/>
          <w:i w:val="0"/>
          <w:color w:val="999999"/>
          <w:sz w:val="48"/>
        </w:rPr>
        <w:t>3</w:t>
      </w:r>
    </w:p>
    <w:p>
      <w:pPr>
        <w:sectPr>
          <w:pgSz w:w="11899" w:h="16838"/>
          <w:pgMar w:top="998" w:right="1194" w:bottom="1440" w:left="1800" w:header="720" w:footer="720" w:gutter="0"/>
          <w:cols w:num="1" w:equalWidth="0">
            <w:col w:w="8906" w:space="0"/>
          </w:cols>
          <w:docGrid w:linePitch="360"/>
        </w:sectPr>
      </w:pPr>
    </w:p>
    <w:p>
      <w:pPr>
        <w:autoSpaceDN w:val="0"/>
        <w:tabs>
          <w:tab w:pos="7438" w:val="left"/>
        </w:tabs>
        <w:autoSpaceDE w:val="0"/>
        <w:widowControl/>
        <w:spacing w:line="396" w:lineRule="exact" w:before="214" w:after="0"/>
        <w:ind w:left="5966" w:right="0" w:firstLine="0"/>
        <w:jc w:val="left"/>
      </w:pPr>
      <w:r>
        <w:rPr>
          <w:rFonts w:ascii="Droid Sans Fallback" w:hAnsi="Droid Sans Fallback" w:eastAsia="Droid Sans Fallback"/>
          <w:b w:val="0"/>
          <w:i w:val="0"/>
          <w:color w:val="FF6699"/>
          <w:sz w:val="24"/>
        </w:rPr>
        <w:t xml:space="preserve">登录 </w:t>
      </w:r>
      <w:r>
        <w:tab/>
      </w:r>
      <w:r>
        <w:rPr>
          <w:rFonts w:ascii="Droid Sans Fallback" w:hAnsi="Droid Sans Fallback" w:eastAsia="Droid Sans Fallback"/>
          <w:b w:val="0"/>
          <w:i w:val="0"/>
          <w:color w:val="FFFFFF"/>
          <w:sz w:val="34"/>
        </w:rPr>
        <w:t>下载 App</w:t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685800</wp:posOffset>
            </wp:positionH>
            <wp:positionV relativeFrom="page">
              <wp:posOffset>361950</wp:posOffset>
            </wp:positionV>
            <wp:extent cx="6085840" cy="7981950"/>
            <wp:wrapNone/>
            <wp:docPr id="11" name="Picture 1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085840" cy="798195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355600</wp:posOffset>
            </wp:positionH>
            <wp:positionV relativeFrom="page">
              <wp:posOffset>355600</wp:posOffset>
            </wp:positionV>
            <wp:extent cx="6858000" cy="10336530"/>
            <wp:wrapNone/>
            <wp:docPr id="12" name="Picture 1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033653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autoSpaceDN w:val="0"/>
        <w:autoSpaceDE w:val="0"/>
        <w:widowControl/>
        <w:spacing w:line="538" w:lineRule="exact" w:before="12528" w:after="0"/>
        <w:ind w:left="0" w:right="4594" w:firstLine="0"/>
        <w:jc w:val="right"/>
      </w:pPr>
      <w:r>
        <w:rPr>
          <w:rFonts w:ascii="Times New Roman" w:hAnsi="Times New Roman" w:eastAsia="Times New Roman"/>
          <w:b w:val="0"/>
          <w:i w:val="0"/>
          <w:color w:val="999999"/>
          <w:sz w:val="48"/>
        </w:rPr>
        <w:t>4</w:t>
      </w:r>
    </w:p>
    <w:p>
      <w:pPr>
        <w:sectPr>
          <w:pgSz w:w="11899" w:h="16838"/>
          <w:pgMar w:top="998" w:right="1194" w:bottom="1440" w:left="1800" w:header="720" w:footer="720" w:gutter="0"/>
          <w:cols w:num="1" w:equalWidth="0">
            <w:col w:w="8906" w:space="0"/>
          </w:cols>
          <w:docGrid w:linePitch="360"/>
        </w:sectPr>
      </w:pPr>
    </w:p>
    <w:p>
      <w:pPr>
        <w:autoSpaceDN w:val="0"/>
        <w:tabs>
          <w:tab w:pos="7438" w:val="left"/>
        </w:tabs>
        <w:autoSpaceDE w:val="0"/>
        <w:widowControl/>
        <w:spacing w:line="396" w:lineRule="exact" w:before="214" w:after="0"/>
        <w:ind w:left="5966" w:right="0" w:firstLine="0"/>
        <w:jc w:val="left"/>
      </w:pPr>
      <w:r>
        <w:rPr>
          <w:rFonts w:ascii="Droid Sans Fallback" w:hAnsi="Droid Sans Fallback" w:eastAsia="Droid Sans Fallback"/>
          <w:b w:val="0"/>
          <w:i w:val="0"/>
          <w:color w:val="FF6699"/>
          <w:sz w:val="24"/>
        </w:rPr>
        <w:t xml:space="preserve">登录 </w:t>
      </w:r>
      <w:r>
        <w:tab/>
      </w:r>
      <w:r>
        <w:rPr>
          <w:rFonts w:ascii="Droid Sans Fallback" w:hAnsi="Droid Sans Fallback" w:eastAsia="Droid Sans Fallback"/>
          <w:b w:val="0"/>
          <w:i w:val="0"/>
          <w:color w:val="FFFFFF"/>
          <w:sz w:val="34"/>
        </w:rPr>
        <w:t>下载 App</w:t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685800</wp:posOffset>
            </wp:positionH>
            <wp:positionV relativeFrom="page">
              <wp:posOffset>361950</wp:posOffset>
            </wp:positionV>
            <wp:extent cx="6085840" cy="7981950"/>
            <wp:wrapNone/>
            <wp:docPr id="13" name="Picture 1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085840" cy="798195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355600</wp:posOffset>
            </wp:positionH>
            <wp:positionV relativeFrom="page">
              <wp:posOffset>355600</wp:posOffset>
            </wp:positionV>
            <wp:extent cx="6858000" cy="10336530"/>
            <wp:wrapNone/>
            <wp:docPr id="14" name="Picture 1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033653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autoSpaceDN w:val="0"/>
        <w:autoSpaceDE w:val="0"/>
        <w:widowControl/>
        <w:spacing w:line="538" w:lineRule="exact" w:before="12528" w:after="0"/>
        <w:ind w:left="0" w:right="4602" w:firstLine="0"/>
        <w:jc w:val="right"/>
      </w:pPr>
      <w:r>
        <w:rPr>
          <w:rFonts w:ascii="Times New Roman" w:hAnsi="Times New Roman" w:eastAsia="Times New Roman"/>
          <w:b w:val="0"/>
          <w:i w:val="0"/>
          <w:color w:val="999999"/>
          <w:sz w:val="48"/>
        </w:rPr>
        <w:t>5</w:t>
      </w:r>
    </w:p>
    <w:p>
      <w:pPr>
        <w:sectPr>
          <w:pgSz w:w="11899" w:h="16838"/>
          <w:pgMar w:top="998" w:right="1194" w:bottom="1440" w:left="1800" w:header="720" w:footer="720" w:gutter="0"/>
          <w:cols w:num="1" w:equalWidth="0">
            <w:col w:w="8906" w:space="0"/>
          </w:cols>
          <w:docGrid w:linePitch="360"/>
        </w:sectPr>
      </w:pPr>
    </w:p>
    <w:p>
      <w:pPr>
        <w:autoSpaceDN w:val="0"/>
        <w:tabs>
          <w:tab w:pos="7438" w:val="left"/>
        </w:tabs>
        <w:autoSpaceDE w:val="0"/>
        <w:widowControl/>
        <w:spacing w:line="396" w:lineRule="exact" w:before="214" w:after="0"/>
        <w:ind w:left="5966" w:right="0" w:firstLine="0"/>
        <w:jc w:val="left"/>
      </w:pPr>
      <w:r>
        <w:rPr>
          <w:rFonts w:ascii="Droid Sans Fallback" w:hAnsi="Droid Sans Fallback" w:eastAsia="Droid Sans Fallback"/>
          <w:b w:val="0"/>
          <w:i w:val="0"/>
          <w:color w:val="FF6699"/>
          <w:sz w:val="24"/>
        </w:rPr>
        <w:t xml:space="preserve">登录 </w:t>
      </w:r>
      <w:r>
        <w:tab/>
      </w:r>
      <w:r>
        <w:rPr>
          <w:rFonts w:ascii="Droid Sans Fallback" w:hAnsi="Droid Sans Fallback" w:eastAsia="Droid Sans Fallback"/>
          <w:b w:val="0"/>
          <w:i w:val="0"/>
          <w:color w:val="FFFFFF"/>
          <w:sz w:val="34"/>
        </w:rPr>
        <w:t>下载 App</w:t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685800</wp:posOffset>
            </wp:positionH>
            <wp:positionV relativeFrom="page">
              <wp:posOffset>361950</wp:posOffset>
            </wp:positionV>
            <wp:extent cx="6085840" cy="7981950"/>
            <wp:wrapNone/>
            <wp:docPr id="15" name="Picture 1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085840" cy="798195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355600</wp:posOffset>
            </wp:positionH>
            <wp:positionV relativeFrom="page">
              <wp:posOffset>355600</wp:posOffset>
            </wp:positionV>
            <wp:extent cx="6858000" cy="10336530"/>
            <wp:wrapNone/>
            <wp:docPr id="16" name="Picture 1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033653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autoSpaceDN w:val="0"/>
        <w:autoSpaceDE w:val="0"/>
        <w:widowControl/>
        <w:spacing w:line="538" w:lineRule="exact" w:before="12528" w:after="0"/>
        <w:ind w:left="0" w:right="4598" w:firstLine="0"/>
        <w:jc w:val="right"/>
      </w:pPr>
      <w:r>
        <w:rPr>
          <w:rFonts w:ascii="Times New Roman" w:hAnsi="Times New Roman" w:eastAsia="Times New Roman"/>
          <w:b w:val="0"/>
          <w:i w:val="0"/>
          <w:color w:val="999999"/>
          <w:sz w:val="48"/>
        </w:rPr>
        <w:t>6</w:t>
      </w:r>
    </w:p>
    <w:p>
      <w:pPr>
        <w:sectPr>
          <w:pgSz w:w="11899" w:h="16838"/>
          <w:pgMar w:top="998" w:right="1194" w:bottom="1440" w:left="1800" w:header="720" w:footer="720" w:gutter="0"/>
          <w:cols w:num="1" w:equalWidth="0">
            <w:col w:w="8906" w:space="0"/>
          </w:cols>
          <w:docGrid w:linePitch="360"/>
        </w:sectPr>
      </w:pPr>
    </w:p>
    <w:p>
      <w:pPr>
        <w:autoSpaceDN w:val="0"/>
        <w:tabs>
          <w:tab w:pos="7438" w:val="left"/>
        </w:tabs>
        <w:autoSpaceDE w:val="0"/>
        <w:widowControl/>
        <w:spacing w:line="396" w:lineRule="exact" w:before="214" w:after="0"/>
        <w:ind w:left="5966" w:right="0" w:firstLine="0"/>
        <w:jc w:val="left"/>
      </w:pPr>
      <w:r>
        <w:rPr>
          <w:rFonts w:ascii="Droid Sans Fallback" w:hAnsi="Droid Sans Fallback" w:eastAsia="Droid Sans Fallback"/>
          <w:b w:val="0"/>
          <w:i w:val="0"/>
          <w:color w:val="FF6699"/>
          <w:sz w:val="24"/>
        </w:rPr>
        <w:t xml:space="preserve">登录 </w:t>
      </w:r>
      <w:r>
        <w:tab/>
      </w:r>
      <w:r>
        <w:rPr>
          <w:rFonts w:ascii="Droid Sans Fallback" w:hAnsi="Droid Sans Fallback" w:eastAsia="Droid Sans Fallback"/>
          <w:b w:val="0"/>
          <w:i w:val="0"/>
          <w:color w:val="FFFFFF"/>
          <w:sz w:val="34"/>
        </w:rPr>
        <w:t>下载 App</w:t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685800</wp:posOffset>
            </wp:positionH>
            <wp:positionV relativeFrom="page">
              <wp:posOffset>361950</wp:posOffset>
            </wp:positionV>
            <wp:extent cx="6085840" cy="7981950"/>
            <wp:wrapNone/>
            <wp:docPr id="17" name="Picture 1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6085840" cy="798195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355600</wp:posOffset>
            </wp:positionH>
            <wp:positionV relativeFrom="page">
              <wp:posOffset>355600</wp:posOffset>
            </wp:positionV>
            <wp:extent cx="6858000" cy="10336530"/>
            <wp:wrapNone/>
            <wp:docPr id="18" name="Picture 1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033653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autoSpaceDN w:val="0"/>
        <w:autoSpaceDE w:val="0"/>
        <w:widowControl/>
        <w:spacing w:line="542" w:lineRule="exact" w:before="12528" w:after="0"/>
        <w:ind w:left="0" w:right="4606" w:firstLine="0"/>
        <w:jc w:val="right"/>
      </w:pPr>
      <w:r>
        <w:rPr>
          <w:rFonts w:ascii="Times New Roman" w:hAnsi="Times New Roman" w:eastAsia="Times New Roman"/>
          <w:b w:val="0"/>
          <w:i w:val="0"/>
          <w:color w:val="999999"/>
          <w:sz w:val="48"/>
        </w:rPr>
        <w:t>7</w:t>
      </w:r>
    </w:p>
    <w:p>
      <w:pPr>
        <w:sectPr>
          <w:pgSz w:w="11899" w:h="16838"/>
          <w:pgMar w:top="998" w:right="1194" w:bottom="1440" w:left="1800" w:header="720" w:footer="720" w:gutter="0"/>
          <w:cols w:num="1" w:equalWidth="0">
            <w:col w:w="8906" w:space="0"/>
          </w:cols>
          <w:docGrid w:linePitch="360"/>
        </w:sectPr>
      </w:pPr>
    </w:p>
    <w:p>
      <w:pPr>
        <w:autoSpaceDN w:val="0"/>
        <w:tabs>
          <w:tab w:pos="7438" w:val="left"/>
        </w:tabs>
        <w:autoSpaceDE w:val="0"/>
        <w:widowControl/>
        <w:spacing w:line="396" w:lineRule="exact" w:before="214" w:after="0"/>
        <w:ind w:left="5966" w:right="0" w:firstLine="0"/>
        <w:jc w:val="left"/>
      </w:pPr>
      <w:r>
        <w:rPr>
          <w:rFonts w:ascii="Droid Sans Fallback" w:hAnsi="Droid Sans Fallback" w:eastAsia="Droid Sans Fallback"/>
          <w:b w:val="0"/>
          <w:i w:val="0"/>
          <w:color w:val="FF6699"/>
          <w:sz w:val="24"/>
        </w:rPr>
        <w:t xml:space="preserve">登录 </w:t>
      </w:r>
      <w:r>
        <w:tab/>
      </w:r>
      <w:r>
        <w:rPr>
          <w:rFonts w:ascii="Droid Sans Fallback" w:hAnsi="Droid Sans Fallback" w:eastAsia="Droid Sans Fallback"/>
          <w:b w:val="0"/>
          <w:i w:val="0"/>
          <w:color w:val="FFFFFF"/>
          <w:sz w:val="34"/>
        </w:rPr>
        <w:t>下载 App</w:t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685800</wp:posOffset>
            </wp:positionH>
            <wp:positionV relativeFrom="page">
              <wp:posOffset>361950</wp:posOffset>
            </wp:positionV>
            <wp:extent cx="6085840" cy="7981950"/>
            <wp:wrapNone/>
            <wp:docPr id="19" name="Picture 1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6085840" cy="798195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355600</wp:posOffset>
            </wp:positionH>
            <wp:positionV relativeFrom="page">
              <wp:posOffset>355600</wp:posOffset>
            </wp:positionV>
            <wp:extent cx="6858000" cy="10336530"/>
            <wp:wrapNone/>
            <wp:docPr id="20" name="Picture 2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033653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autoSpaceDN w:val="0"/>
        <w:autoSpaceDE w:val="0"/>
        <w:widowControl/>
        <w:spacing w:line="540" w:lineRule="exact" w:before="12528" w:after="0"/>
        <w:ind w:left="0" w:right="4598" w:firstLine="0"/>
        <w:jc w:val="right"/>
      </w:pPr>
      <w:r>
        <w:rPr>
          <w:rFonts w:ascii="Times New Roman" w:hAnsi="Times New Roman" w:eastAsia="Times New Roman"/>
          <w:b w:val="0"/>
          <w:i w:val="0"/>
          <w:color w:val="999999"/>
          <w:sz w:val="48"/>
        </w:rPr>
        <w:t>8</w:t>
      </w:r>
    </w:p>
    <w:p>
      <w:pPr>
        <w:sectPr>
          <w:pgSz w:w="11899" w:h="16838"/>
          <w:pgMar w:top="998" w:right="1194" w:bottom="1440" w:left="1800" w:header="720" w:footer="720" w:gutter="0"/>
          <w:cols w:num="1" w:equalWidth="0">
            <w:col w:w="8906" w:space="0"/>
          </w:cols>
          <w:docGrid w:linePitch="360"/>
        </w:sectPr>
      </w:pPr>
    </w:p>
    <w:p>
      <w:pPr>
        <w:autoSpaceDN w:val="0"/>
        <w:tabs>
          <w:tab w:pos="7438" w:val="left"/>
        </w:tabs>
        <w:autoSpaceDE w:val="0"/>
        <w:widowControl/>
        <w:spacing w:line="396" w:lineRule="exact" w:before="214" w:after="0"/>
        <w:ind w:left="5966" w:right="0" w:firstLine="0"/>
        <w:jc w:val="left"/>
      </w:pPr>
      <w:r>
        <w:rPr>
          <w:rFonts w:ascii="Droid Sans Fallback" w:hAnsi="Droid Sans Fallback" w:eastAsia="Droid Sans Fallback"/>
          <w:b w:val="0"/>
          <w:i w:val="0"/>
          <w:color w:val="FF6699"/>
          <w:sz w:val="24"/>
        </w:rPr>
        <w:t xml:space="preserve">登录 </w:t>
      </w:r>
      <w:r>
        <w:tab/>
      </w:r>
      <w:r>
        <w:rPr>
          <w:rFonts w:ascii="Droid Sans Fallback" w:hAnsi="Droid Sans Fallback" w:eastAsia="Droid Sans Fallback"/>
          <w:b w:val="0"/>
          <w:i w:val="0"/>
          <w:color w:val="FFFFFF"/>
          <w:sz w:val="34"/>
        </w:rPr>
        <w:t>下载 App</w:t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685800</wp:posOffset>
            </wp:positionH>
            <wp:positionV relativeFrom="page">
              <wp:posOffset>361950</wp:posOffset>
            </wp:positionV>
            <wp:extent cx="6085840" cy="7981950"/>
            <wp:wrapNone/>
            <wp:docPr id="21" name="Picture 2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6085840" cy="798195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355600</wp:posOffset>
            </wp:positionH>
            <wp:positionV relativeFrom="page">
              <wp:posOffset>355600</wp:posOffset>
            </wp:positionV>
            <wp:extent cx="6858000" cy="10336530"/>
            <wp:wrapNone/>
            <wp:docPr id="22" name="Picture 2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033653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autoSpaceDN w:val="0"/>
        <w:autoSpaceDE w:val="0"/>
        <w:widowControl/>
        <w:spacing w:line="542" w:lineRule="exact" w:before="12528" w:after="0"/>
        <w:ind w:left="0" w:right="4598" w:firstLine="0"/>
        <w:jc w:val="right"/>
      </w:pPr>
      <w:r>
        <w:rPr>
          <w:rFonts w:ascii="Times New Roman" w:hAnsi="Times New Roman" w:eastAsia="Times New Roman"/>
          <w:b w:val="0"/>
          <w:i w:val="0"/>
          <w:color w:val="999999"/>
          <w:sz w:val="48"/>
        </w:rPr>
        <w:t>9</w:t>
      </w:r>
    </w:p>
    <w:p>
      <w:pPr>
        <w:sectPr>
          <w:pgSz w:w="11899" w:h="16838"/>
          <w:pgMar w:top="998" w:right="1194" w:bottom="1440" w:left="1800" w:header="720" w:footer="720" w:gutter="0"/>
          <w:cols w:num="1" w:equalWidth="0">
            <w:col w:w="8906" w:space="0"/>
          </w:cols>
          <w:docGrid w:linePitch="360"/>
        </w:sectPr>
      </w:pPr>
    </w:p>
    <w:p>
      <w:pPr>
        <w:autoSpaceDN w:val="0"/>
        <w:tabs>
          <w:tab w:pos="7438" w:val="left"/>
        </w:tabs>
        <w:autoSpaceDE w:val="0"/>
        <w:widowControl/>
        <w:spacing w:line="396" w:lineRule="exact" w:before="214" w:after="0"/>
        <w:ind w:left="5966" w:right="0" w:firstLine="0"/>
        <w:jc w:val="left"/>
      </w:pPr>
      <w:r>
        <w:rPr>
          <w:rFonts w:ascii="Droid Sans Fallback" w:hAnsi="Droid Sans Fallback" w:eastAsia="Droid Sans Fallback"/>
          <w:b w:val="0"/>
          <w:i w:val="0"/>
          <w:color w:val="FF6699"/>
          <w:sz w:val="24"/>
        </w:rPr>
        <w:t xml:space="preserve">登录 </w:t>
      </w:r>
      <w:r>
        <w:tab/>
      </w:r>
      <w:r>
        <w:rPr>
          <w:rFonts w:ascii="Droid Sans Fallback" w:hAnsi="Droid Sans Fallback" w:eastAsia="Droid Sans Fallback"/>
          <w:b w:val="0"/>
          <w:i w:val="0"/>
          <w:color w:val="FFFFFF"/>
          <w:sz w:val="34"/>
        </w:rPr>
        <w:t>下载 App</w:t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685800</wp:posOffset>
            </wp:positionH>
            <wp:positionV relativeFrom="page">
              <wp:posOffset>361950</wp:posOffset>
            </wp:positionV>
            <wp:extent cx="6085840" cy="7981950"/>
            <wp:wrapNone/>
            <wp:docPr id="23" name="Picture 2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6085840" cy="798195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355600</wp:posOffset>
            </wp:positionH>
            <wp:positionV relativeFrom="page">
              <wp:posOffset>355600</wp:posOffset>
            </wp:positionV>
            <wp:extent cx="6858000" cy="10336530"/>
            <wp:wrapNone/>
            <wp:docPr id="24" name="Picture 2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033653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autoSpaceDN w:val="0"/>
        <w:autoSpaceDE w:val="0"/>
        <w:widowControl/>
        <w:spacing w:line="540" w:lineRule="exact" w:before="12528" w:after="0"/>
        <w:ind w:left="0" w:right="4482" w:firstLine="0"/>
        <w:jc w:val="right"/>
      </w:pPr>
      <w:r>
        <w:rPr>
          <w:rFonts w:ascii="Times New Roman" w:hAnsi="Times New Roman" w:eastAsia="Times New Roman"/>
          <w:b w:val="0"/>
          <w:i w:val="0"/>
          <w:color w:val="999999"/>
          <w:sz w:val="48"/>
        </w:rPr>
        <w:t>10</w:t>
      </w:r>
    </w:p>
    <w:p>
      <w:pPr>
        <w:sectPr>
          <w:pgSz w:w="11899" w:h="16838"/>
          <w:pgMar w:top="998" w:right="1194" w:bottom="1440" w:left="1800" w:header="720" w:footer="720" w:gutter="0"/>
          <w:cols w:num="1" w:equalWidth="0">
            <w:col w:w="8906" w:space="0"/>
          </w:cols>
          <w:docGrid w:linePitch="360"/>
        </w:sectPr>
      </w:pPr>
    </w:p>
    <w:p>
      <w:pPr>
        <w:autoSpaceDN w:val="0"/>
        <w:tabs>
          <w:tab w:pos="7438" w:val="left"/>
        </w:tabs>
        <w:autoSpaceDE w:val="0"/>
        <w:widowControl/>
        <w:spacing w:line="396" w:lineRule="exact" w:before="214" w:after="0"/>
        <w:ind w:left="5966" w:right="0" w:firstLine="0"/>
        <w:jc w:val="left"/>
      </w:pPr>
      <w:r>
        <w:rPr>
          <w:rFonts w:ascii="Droid Sans Fallback" w:hAnsi="Droid Sans Fallback" w:eastAsia="Droid Sans Fallback"/>
          <w:b w:val="0"/>
          <w:i w:val="0"/>
          <w:color w:val="FF6699"/>
          <w:sz w:val="24"/>
        </w:rPr>
        <w:t xml:space="preserve">登录 </w:t>
      </w:r>
      <w:r>
        <w:tab/>
      </w:r>
      <w:r>
        <w:rPr>
          <w:rFonts w:ascii="Droid Sans Fallback" w:hAnsi="Droid Sans Fallback" w:eastAsia="Droid Sans Fallback"/>
          <w:b w:val="0"/>
          <w:i w:val="0"/>
          <w:color w:val="FFFFFF"/>
          <w:sz w:val="34"/>
        </w:rPr>
        <w:t>下载 App</w:t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685800</wp:posOffset>
            </wp:positionH>
            <wp:positionV relativeFrom="page">
              <wp:posOffset>361950</wp:posOffset>
            </wp:positionV>
            <wp:extent cx="6085840" cy="7981950"/>
            <wp:wrapNone/>
            <wp:docPr id="25" name="Picture 2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6085840" cy="798195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355600</wp:posOffset>
            </wp:positionH>
            <wp:positionV relativeFrom="page">
              <wp:posOffset>355600</wp:posOffset>
            </wp:positionV>
            <wp:extent cx="6858000" cy="10336530"/>
            <wp:wrapNone/>
            <wp:docPr id="26" name="Picture 2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033653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autoSpaceDN w:val="0"/>
        <w:autoSpaceDE w:val="0"/>
        <w:widowControl/>
        <w:spacing w:line="530" w:lineRule="exact" w:before="12528" w:after="0"/>
        <w:ind w:left="0" w:right="4520" w:firstLine="0"/>
        <w:jc w:val="right"/>
      </w:pPr>
      <w:r>
        <w:rPr>
          <w:rFonts w:ascii="Times New Roman" w:hAnsi="Times New Roman" w:eastAsia="Times New Roman"/>
          <w:b w:val="0"/>
          <w:i w:val="0"/>
          <w:color w:val="999999"/>
          <w:sz w:val="44"/>
        </w:rPr>
        <w:t>11</w:t>
      </w:r>
    </w:p>
    <w:p>
      <w:pPr>
        <w:sectPr>
          <w:pgSz w:w="11899" w:h="16838"/>
          <w:pgMar w:top="998" w:right="1194" w:bottom="1440" w:left="1800" w:header="720" w:footer="720" w:gutter="0"/>
          <w:cols w:num="1" w:equalWidth="0">
            <w:col w:w="8906" w:space="0"/>
          </w:cols>
          <w:docGrid w:linePitch="360"/>
        </w:sectPr>
      </w:pPr>
    </w:p>
    <w:p>
      <w:pPr>
        <w:autoSpaceDN w:val="0"/>
        <w:tabs>
          <w:tab w:pos="7438" w:val="left"/>
        </w:tabs>
        <w:autoSpaceDE w:val="0"/>
        <w:widowControl/>
        <w:spacing w:line="396" w:lineRule="exact" w:before="214" w:after="0"/>
        <w:ind w:left="5966" w:right="0" w:firstLine="0"/>
        <w:jc w:val="left"/>
      </w:pPr>
      <w:r>
        <w:rPr>
          <w:rFonts w:ascii="Droid Sans Fallback" w:hAnsi="Droid Sans Fallback" w:eastAsia="Droid Sans Fallback"/>
          <w:b w:val="0"/>
          <w:i w:val="0"/>
          <w:color w:val="FF6699"/>
          <w:sz w:val="24"/>
        </w:rPr>
        <w:t xml:space="preserve">登录 </w:t>
      </w:r>
      <w:r>
        <w:tab/>
      </w:r>
      <w:r>
        <w:rPr>
          <w:rFonts w:ascii="Droid Sans Fallback" w:hAnsi="Droid Sans Fallback" w:eastAsia="Droid Sans Fallback"/>
          <w:b w:val="0"/>
          <w:i w:val="0"/>
          <w:color w:val="FFFFFF"/>
          <w:sz w:val="34"/>
        </w:rPr>
        <w:t>下载 App</w:t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685800</wp:posOffset>
            </wp:positionH>
            <wp:positionV relativeFrom="page">
              <wp:posOffset>361950</wp:posOffset>
            </wp:positionV>
            <wp:extent cx="6085840" cy="7981950"/>
            <wp:wrapNone/>
            <wp:docPr id="27" name="Picture 2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6085840" cy="798195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355600</wp:posOffset>
            </wp:positionH>
            <wp:positionV relativeFrom="page">
              <wp:posOffset>355600</wp:posOffset>
            </wp:positionV>
            <wp:extent cx="6858000" cy="10336530"/>
            <wp:wrapNone/>
            <wp:docPr id="28" name="Picture 2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033653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autoSpaceDN w:val="0"/>
        <w:autoSpaceDE w:val="0"/>
        <w:widowControl/>
        <w:spacing w:line="538" w:lineRule="exact" w:before="12528" w:after="0"/>
        <w:ind w:left="0" w:right="4496" w:firstLine="0"/>
        <w:jc w:val="right"/>
      </w:pPr>
      <w:r>
        <w:rPr>
          <w:rFonts w:ascii="Times New Roman" w:hAnsi="Times New Roman" w:eastAsia="Times New Roman"/>
          <w:b w:val="0"/>
          <w:i w:val="0"/>
          <w:color w:val="999999"/>
          <w:sz w:val="48"/>
        </w:rPr>
        <w:t>12</w:t>
      </w:r>
    </w:p>
    <w:p>
      <w:pPr>
        <w:sectPr>
          <w:pgSz w:w="11899" w:h="16838"/>
          <w:pgMar w:top="998" w:right="1194" w:bottom="1440" w:left="1800" w:header="720" w:footer="720" w:gutter="0"/>
          <w:cols w:num="1" w:equalWidth="0">
            <w:col w:w="8906" w:space="0"/>
          </w:cols>
          <w:docGrid w:linePitch="360"/>
        </w:sectPr>
      </w:pPr>
    </w:p>
    <w:p>
      <w:pPr>
        <w:autoSpaceDN w:val="0"/>
        <w:tabs>
          <w:tab w:pos="7438" w:val="left"/>
        </w:tabs>
        <w:autoSpaceDE w:val="0"/>
        <w:widowControl/>
        <w:spacing w:line="396" w:lineRule="exact" w:before="214" w:after="0"/>
        <w:ind w:left="5966" w:right="0" w:firstLine="0"/>
        <w:jc w:val="left"/>
      </w:pPr>
      <w:r>
        <w:rPr>
          <w:rFonts w:ascii="Droid Sans Fallback" w:hAnsi="Droid Sans Fallback" w:eastAsia="Droid Sans Fallback"/>
          <w:b w:val="0"/>
          <w:i w:val="0"/>
          <w:color w:val="FF6699"/>
          <w:sz w:val="24"/>
        </w:rPr>
        <w:t xml:space="preserve">登录 </w:t>
      </w:r>
      <w:r>
        <w:tab/>
      </w:r>
      <w:r>
        <w:rPr>
          <w:rFonts w:ascii="Droid Sans Fallback" w:hAnsi="Droid Sans Fallback" w:eastAsia="Droid Sans Fallback"/>
          <w:b w:val="0"/>
          <w:i w:val="0"/>
          <w:color w:val="FFFFFF"/>
          <w:sz w:val="34"/>
        </w:rPr>
        <w:t>下载 App</w:t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685800</wp:posOffset>
            </wp:positionH>
            <wp:positionV relativeFrom="page">
              <wp:posOffset>361950</wp:posOffset>
            </wp:positionV>
            <wp:extent cx="6085840" cy="7981950"/>
            <wp:wrapNone/>
            <wp:docPr id="29" name="Picture 2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6085840" cy="798195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355600</wp:posOffset>
            </wp:positionH>
            <wp:positionV relativeFrom="page">
              <wp:posOffset>355600</wp:posOffset>
            </wp:positionV>
            <wp:extent cx="6858000" cy="10336530"/>
            <wp:wrapNone/>
            <wp:docPr id="30" name="Picture 3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033653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autoSpaceDN w:val="0"/>
        <w:autoSpaceDE w:val="0"/>
        <w:widowControl/>
        <w:spacing w:line="540" w:lineRule="exact" w:before="12528" w:after="0"/>
        <w:ind w:left="0" w:right="4496" w:firstLine="0"/>
        <w:jc w:val="right"/>
      </w:pPr>
      <w:r>
        <w:rPr>
          <w:rFonts w:ascii="Times New Roman" w:hAnsi="Times New Roman" w:eastAsia="Times New Roman"/>
          <w:b w:val="0"/>
          <w:i w:val="0"/>
          <w:color w:val="999999"/>
          <w:sz w:val="48"/>
        </w:rPr>
        <w:t>13</w:t>
      </w:r>
    </w:p>
    <w:p>
      <w:pPr>
        <w:sectPr>
          <w:pgSz w:w="11899" w:h="16838"/>
          <w:pgMar w:top="998" w:right="1194" w:bottom="1440" w:left="1800" w:header="720" w:footer="720" w:gutter="0"/>
          <w:cols w:num="1" w:equalWidth="0">
            <w:col w:w="8906" w:space="0"/>
          </w:cols>
          <w:docGrid w:linePitch="360"/>
        </w:sectPr>
      </w:pPr>
    </w:p>
    <w:p>
      <w:pPr>
        <w:autoSpaceDN w:val="0"/>
        <w:tabs>
          <w:tab w:pos="7438" w:val="left"/>
        </w:tabs>
        <w:autoSpaceDE w:val="0"/>
        <w:widowControl/>
        <w:spacing w:line="396" w:lineRule="exact" w:before="214" w:after="0"/>
        <w:ind w:left="5966" w:right="0" w:firstLine="0"/>
        <w:jc w:val="left"/>
      </w:pPr>
      <w:r>
        <w:rPr>
          <w:rFonts w:ascii="Droid Sans Fallback" w:hAnsi="Droid Sans Fallback" w:eastAsia="Droid Sans Fallback"/>
          <w:b w:val="0"/>
          <w:i w:val="0"/>
          <w:color w:val="FF6699"/>
          <w:sz w:val="24"/>
        </w:rPr>
        <w:t xml:space="preserve">登录 </w:t>
      </w:r>
      <w:r>
        <w:tab/>
      </w:r>
      <w:r>
        <w:rPr>
          <w:rFonts w:ascii="Droid Sans Fallback" w:hAnsi="Droid Sans Fallback" w:eastAsia="Droid Sans Fallback"/>
          <w:b w:val="0"/>
          <w:i w:val="0"/>
          <w:color w:val="FFFFFF"/>
          <w:sz w:val="34"/>
        </w:rPr>
        <w:t>下载 App</w:t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685800</wp:posOffset>
            </wp:positionH>
            <wp:positionV relativeFrom="page">
              <wp:posOffset>361950</wp:posOffset>
            </wp:positionV>
            <wp:extent cx="6085840" cy="7981950"/>
            <wp:wrapNone/>
            <wp:docPr id="31" name="Picture 3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6085840" cy="798195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355600</wp:posOffset>
            </wp:positionH>
            <wp:positionV relativeFrom="page">
              <wp:posOffset>355600</wp:posOffset>
            </wp:positionV>
            <wp:extent cx="6858000" cy="10336530"/>
            <wp:wrapNone/>
            <wp:docPr id="32" name="Picture 3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033653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autoSpaceDN w:val="0"/>
        <w:autoSpaceDE w:val="0"/>
        <w:widowControl/>
        <w:spacing w:line="538" w:lineRule="exact" w:before="12528" w:after="0"/>
        <w:ind w:left="0" w:right="4482" w:firstLine="0"/>
        <w:jc w:val="right"/>
      </w:pPr>
      <w:r>
        <w:rPr>
          <w:rFonts w:ascii="Times New Roman" w:hAnsi="Times New Roman" w:eastAsia="Times New Roman"/>
          <w:b w:val="0"/>
          <w:i w:val="0"/>
          <w:color w:val="999999"/>
          <w:sz w:val="48"/>
        </w:rPr>
        <w:t>14</w:t>
      </w:r>
    </w:p>
    <w:p>
      <w:pPr>
        <w:sectPr>
          <w:pgSz w:w="11899" w:h="16838"/>
          <w:pgMar w:top="998" w:right="1194" w:bottom="1440" w:left="1800" w:header="720" w:footer="720" w:gutter="0"/>
          <w:cols w:num="1" w:equalWidth="0">
            <w:col w:w="8906" w:space="0"/>
          </w:cols>
          <w:docGrid w:linePitch="360"/>
        </w:sectPr>
      </w:pPr>
    </w:p>
    <w:p>
      <w:pPr>
        <w:autoSpaceDN w:val="0"/>
        <w:tabs>
          <w:tab w:pos="7438" w:val="left"/>
        </w:tabs>
        <w:autoSpaceDE w:val="0"/>
        <w:widowControl/>
        <w:spacing w:line="396" w:lineRule="exact" w:before="214" w:after="0"/>
        <w:ind w:left="5966" w:right="0" w:firstLine="0"/>
        <w:jc w:val="left"/>
      </w:pPr>
      <w:r>
        <w:rPr>
          <w:rFonts w:ascii="Droid Sans Fallback" w:hAnsi="Droid Sans Fallback" w:eastAsia="Droid Sans Fallback"/>
          <w:b w:val="0"/>
          <w:i w:val="0"/>
          <w:color w:val="FF6699"/>
          <w:sz w:val="24"/>
        </w:rPr>
        <w:t xml:space="preserve">登录 </w:t>
      </w:r>
      <w:r>
        <w:tab/>
      </w:r>
      <w:r>
        <w:rPr>
          <w:rFonts w:ascii="Droid Sans Fallback" w:hAnsi="Droid Sans Fallback" w:eastAsia="Droid Sans Fallback"/>
          <w:b w:val="0"/>
          <w:i w:val="0"/>
          <w:color w:val="FFFFFF"/>
          <w:sz w:val="34"/>
        </w:rPr>
        <w:t>下载 App</w:t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685800</wp:posOffset>
            </wp:positionH>
            <wp:positionV relativeFrom="page">
              <wp:posOffset>361950</wp:posOffset>
            </wp:positionV>
            <wp:extent cx="6085840" cy="7981950"/>
            <wp:wrapNone/>
            <wp:docPr id="33" name="Picture 3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6085840" cy="798195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355600</wp:posOffset>
            </wp:positionH>
            <wp:positionV relativeFrom="page">
              <wp:posOffset>355600</wp:posOffset>
            </wp:positionV>
            <wp:extent cx="6858000" cy="10336530"/>
            <wp:wrapNone/>
            <wp:docPr id="34" name="Picture 3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033653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autoSpaceDN w:val="0"/>
        <w:autoSpaceDE w:val="0"/>
        <w:widowControl/>
        <w:spacing w:line="538" w:lineRule="exact" w:before="12528" w:after="0"/>
        <w:ind w:left="0" w:right="4490" w:firstLine="0"/>
        <w:jc w:val="right"/>
      </w:pPr>
      <w:r>
        <w:rPr>
          <w:rFonts w:ascii="Times New Roman" w:hAnsi="Times New Roman" w:eastAsia="Times New Roman"/>
          <w:b w:val="0"/>
          <w:i w:val="0"/>
          <w:color w:val="999999"/>
          <w:sz w:val="48"/>
        </w:rPr>
        <w:t>15</w:t>
      </w:r>
    </w:p>
    <w:p>
      <w:pPr>
        <w:sectPr>
          <w:pgSz w:w="11899" w:h="16838"/>
          <w:pgMar w:top="998" w:right="1194" w:bottom="1440" w:left="1800" w:header="720" w:footer="720" w:gutter="0"/>
          <w:cols w:num="1" w:equalWidth="0">
            <w:col w:w="8906" w:space="0"/>
          </w:cols>
          <w:docGrid w:linePitch="360"/>
        </w:sectPr>
      </w:pPr>
    </w:p>
    <w:p>
      <w:pPr>
        <w:autoSpaceDN w:val="0"/>
        <w:tabs>
          <w:tab w:pos="7438" w:val="left"/>
        </w:tabs>
        <w:autoSpaceDE w:val="0"/>
        <w:widowControl/>
        <w:spacing w:line="396" w:lineRule="exact" w:before="214" w:after="0"/>
        <w:ind w:left="5966" w:right="0" w:firstLine="0"/>
        <w:jc w:val="left"/>
      </w:pPr>
      <w:r>
        <w:rPr>
          <w:rFonts w:ascii="Droid Sans Fallback" w:hAnsi="Droid Sans Fallback" w:eastAsia="Droid Sans Fallback"/>
          <w:b w:val="0"/>
          <w:i w:val="0"/>
          <w:color w:val="FF6699"/>
          <w:sz w:val="24"/>
        </w:rPr>
        <w:t xml:space="preserve">登录 </w:t>
      </w:r>
      <w:r>
        <w:tab/>
      </w:r>
      <w:r>
        <w:rPr>
          <w:rFonts w:ascii="Droid Sans Fallback" w:hAnsi="Droid Sans Fallback" w:eastAsia="Droid Sans Fallback"/>
          <w:b w:val="0"/>
          <w:i w:val="0"/>
          <w:color w:val="FFFFFF"/>
          <w:sz w:val="34"/>
        </w:rPr>
        <w:t>下载 App</w:t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685800</wp:posOffset>
            </wp:positionH>
            <wp:positionV relativeFrom="page">
              <wp:posOffset>361950</wp:posOffset>
            </wp:positionV>
            <wp:extent cx="6085840" cy="7981950"/>
            <wp:wrapNone/>
            <wp:docPr id="35" name="Picture 3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6085840" cy="798195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355600</wp:posOffset>
            </wp:positionH>
            <wp:positionV relativeFrom="page">
              <wp:posOffset>355600</wp:posOffset>
            </wp:positionV>
            <wp:extent cx="6858000" cy="10336530"/>
            <wp:wrapNone/>
            <wp:docPr id="36" name="Picture 3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033653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autoSpaceDN w:val="0"/>
        <w:autoSpaceDE w:val="0"/>
        <w:widowControl/>
        <w:spacing w:line="538" w:lineRule="exact" w:before="12528" w:after="0"/>
        <w:ind w:left="0" w:right="4486" w:firstLine="0"/>
        <w:jc w:val="right"/>
      </w:pPr>
      <w:r>
        <w:rPr>
          <w:rFonts w:ascii="Times New Roman" w:hAnsi="Times New Roman" w:eastAsia="Times New Roman"/>
          <w:b w:val="0"/>
          <w:i w:val="0"/>
          <w:color w:val="999999"/>
          <w:sz w:val="48"/>
        </w:rPr>
        <w:t>16</w:t>
      </w:r>
    </w:p>
    <w:p>
      <w:pPr>
        <w:sectPr>
          <w:pgSz w:w="11899" w:h="16838"/>
          <w:pgMar w:top="998" w:right="1194" w:bottom="1440" w:left="1800" w:header="720" w:footer="720" w:gutter="0"/>
          <w:cols w:num="1" w:equalWidth="0">
            <w:col w:w="8906" w:space="0"/>
          </w:cols>
          <w:docGrid w:linePitch="360"/>
        </w:sectPr>
      </w:pPr>
    </w:p>
    <w:p>
      <w:pPr>
        <w:autoSpaceDN w:val="0"/>
        <w:tabs>
          <w:tab w:pos="7438" w:val="left"/>
        </w:tabs>
        <w:autoSpaceDE w:val="0"/>
        <w:widowControl/>
        <w:spacing w:line="396" w:lineRule="exact" w:before="214" w:after="0"/>
        <w:ind w:left="5966" w:right="0" w:firstLine="0"/>
        <w:jc w:val="left"/>
      </w:pPr>
      <w:r>
        <w:rPr>
          <w:rFonts w:ascii="Droid Sans Fallback" w:hAnsi="Droid Sans Fallback" w:eastAsia="Droid Sans Fallback"/>
          <w:b w:val="0"/>
          <w:i w:val="0"/>
          <w:color w:val="FF6699"/>
          <w:sz w:val="24"/>
        </w:rPr>
        <w:t xml:space="preserve">登录 </w:t>
      </w:r>
      <w:r>
        <w:tab/>
      </w:r>
      <w:r>
        <w:rPr>
          <w:rFonts w:ascii="Droid Sans Fallback" w:hAnsi="Droid Sans Fallback" w:eastAsia="Droid Sans Fallback"/>
          <w:b w:val="0"/>
          <w:i w:val="0"/>
          <w:color w:val="FFFFFF"/>
          <w:sz w:val="34"/>
        </w:rPr>
        <w:t>下载 App</w:t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685800</wp:posOffset>
            </wp:positionH>
            <wp:positionV relativeFrom="page">
              <wp:posOffset>361950</wp:posOffset>
            </wp:positionV>
            <wp:extent cx="6085840" cy="7981950"/>
            <wp:wrapNone/>
            <wp:docPr id="37" name="Picture 3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6085840" cy="798195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355600</wp:posOffset>
            </wp:positionH>
            <wp:positionV relativeFrom="page">
              <wp:posOffset>355600</wp:posOffset>
            </wp:positionV>
            <wp:extent cx="6858000" cy="10336530"/>
            <wp:wrapNone/>
            <wp:docPr id="38" name="Picture 3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033653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autoSpaceDN w:val="0"/>
        <w:autoSpaceDE w:val="0"/>
        <w:widowControl/>
        <w:spacing w:line="540" w:lineRule="exact" w:before="12528" w:after="0"/>
        <w:ind w:left="0" w:right="4494" w:firstLine="0"/>
        <w:jc w:val="right"/>
      </w:pPr>
      <w:r>
        <w:rPr>
          <w:rFonts w:ascii="Times New Roman" w:hAnsi="Times New Roman" w:eastAsia="Times New Roman"/>
          <w:b w:val="0"/>
          <w:i w:val="0"/>
          <w:color w:val="999999"/>
          <w:sz w:val="48"/>
        </w:rPr>
        <w:t>17</w:t>
      </w:r>
    </w:p>
    <w:p>
      <w:pPr>
        <w:sectPr>
          <w:pgSz w:w="11899" w:h="16838"/>
          <w:pgMar w:top="998" w:right="1194" w:bottom="1440" w:left="1800" w:header="720" w:footer="720" w:gutter="0"/>
          <w:cols w:num="1" w:equalWidth="0">
            <w:col w:w="8906" w:space="0"/>
          </w:cols>
          <w:docGrid w:linePitch="360"/>
        </w:sectPr>
      </w:pPr>
    </w:p>
    <w:p>
      <w:pPr>
        <w:autoSpaceDN w:val="0"/>
        <w:tabs>
          <w:tab w:pos="7438" w:val="left"/>
        </w:tabs>
        <w:autoSpaceDE w:val="0"/>
        <w:widowControl/>
        <w:spacing w:line="396" w:lineRule="exact" w:before="214" w:after="0"/>
        <w:ind w:left="5966" w:right="0" w:firstLine="0"/>
        <w:jc w:val="left"/>
      </w:pPr>
      <w:r>
        <w:rPr>
          <w:rFonts w:ascii="Droid Sans Fallback" w:hAnsi="Droid Sans Fallback" w:eastAsia="Droid Sans Fallback"/>
          <w:b w:val="0"/>
          <w:i w:val="0"/>
          <w:color w:val="FF6699"/>
          <w:sz w:val="24"/>
        </w:rPr>
        <w:t xml:space="preserve">登录 </w:t>
      </w:r>
      <w:r>
        <w:tab/>
      </w:r>
      <w:r>
        <w:rPr>
          <w:rFonts w:ascii="Droid Sans Fallback" w:hAnsi="Droid Sans Fallback" w:eastAsia="Droid Sans Fallback"/>
          <w:b w:val="0"/>
          <w:i w:val="0"/>
          <w:color w:val="FFFFFF"/>
          <w:sz w:val="34"/>
        </w:rPr>
        <w:t>下载 App</w:t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685800</wp:posOffset>
            </wp:positionH>
            <wp:positionV relativeFrom="page">
              <wp:posOffset>361950</wp:posOffset>
            </wp:positionV>
            <wp:extent cx="6085840" cy="7981950"/>
            <wp:wrapNone/>
            <wp:docPr id="39" name="Picture 3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6085840" cy="798195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355600</wp:posOffset>
            </wp:positionH>
            <wp:positionV relativeFrom="page">
              <wp:posOffset>355600</wp:posOffset>
            </wp:positionV>
            <wp:extent cx="6858000" cy="10336530"/>
            <wp:wrapNone/>
            <wp:docPr id="40" name="Picture 4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033653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autoSpaceDN w:val="0"/>
        <w:autoSpaceDE w:val="0"/>
        <w:widowControl/>
        <w:spacing w:line="540" w:lineRule="exact" w:before="12528" w:after="0"/>
        <w:ind w:left="0" w:right="4486" w:firstLine="0"/>
        <w:jc w:val="right"/>
      </w:pPr>
      <w:r>
        <w:rPr>
          <w:rFonts w:ascii="Times New Roman" w:hAnsi="Times New Roman" w:eastAsia="Times New Roman"/>
          <w:b w:val="0"/>
          <w:i w:val="0"/>
          <w:color w:val="999999"/>
          <w:sz w:val="48"/>
        </w:rPr>
        <w:t>18</w:t>
      </w:r>
    </w:p>
    <w:p>
      <w:pPr>
        <w:sectPr>
          <w:pgSz w:w="11899" w:h="16838"/>
          <w:pgMar w:top="998" w:right="1194" w:bottom="1440" w:left="1800" w:header="720" w:footer="720" w:gutter="0"/>
          <w:cols w:num="1" w:equalWidth="0">
            <w:col w:w="8906" w:space="0"/>
          </w:cols>
          <w:docGrid w:linePitch="360"/>
        </w:sectPr>
      </w:pPr>
    </w:p>
    <w:p>
      <w:pPr>
        <w:autoSpaceDN w:val="0"/>
        <w:tabs>
          <w:tab w:pos="7438" w:val="left"/>
        </w:tabs>
        <w:autoSpaceDE w:val="0"/>
        <w:widowControl/>
        <w:spacing w:line="396" w:lineRule="exact" w:before="214" w:after="0"/>
        <w:ind w:left="5966" w:right="0" w:firstLine="0"/>
        <w:jc w:val="left"/>
      </w:pPr>
      <w:r>
        <w:rPr>
          <w:rFonts w:ascii="Droid Sans Fallback" w:hAnsi="Droid Sans Fallback" w:eastAsia="Droid Sans Fallback"/>
          <w:b w:val="0"/>
          <w:i w:val="0"/>
          <w:color w:val="FF6699"/>
          <w:sz w:val="24"/>
        </w:rPr>
        <w:t xml:space="preserve">登录 </w:t>
      </w:r>
      <w:r>
        <w:tab/>
      </w:r>
      <w:r>
        <w:rPr>
          <w:rFonts w:ascii="Droid Sans Fallback" w:hAnsi="Droid Sans Fallback" w:eastAsia="Droid Sans Fallback"/>
          <w:b w:val="0"/>
          <w:i w:val="0"/>
          <w:color w:val="FFFFFF"/>
          <w:sz w:val="34"/>
        </w:rPr>
        <w:t>下载 App</w:t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685800</wp:posOffset>
            </wp:positionH>
            <wp:positionV relativeFrom="page">
              <wp:posOffset>361950</wp:posOffset>
            </wp:positionV>
            <wp:extent cx="6085840" cy="7981950"/>
            <wp:wrapNone/>
            <wp:docPr id="41" name="Picture 4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6085840" cy="798195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355600</wp:posOffset>
            </wp:positionH>
            <wp:positionV relativeFrom="page">
              <wp:posOffset>355600</wp:posOffset>
            </wp:positionV>
            <wp:extent cx="6858000" cy="10336530"/>
            <wp:wrapNone/>
            <wp:docPr id="42" name="Picture 4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033653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autoSpaceDN w:val="0"/>
        <w:autoSpaceDE w:val="0"/>
        <w:widowControl/>
        <w:spacing w:line="542" w:lineRule="exact" w:before="12528" w:after="0"/>
        <w:ind w:left="0" w:right="4486" w:firstLine="0"/>
        <w:jc w:val="right"/>
      </w:pPr>
      <w:r>
        <w:rPr>
          <w:rFonts w:ascii="Times New Roman" w:hAnsi="Times New Roman" w:eastAsia="Times New Roman"/>
          <w:b w:val="0"/>
          <w:i w:val="0"/>
          <w:color w:val="999999"/>
          <w:sz w:val="48"/>
        </w:rPr>
        <w:t>19</w:t>
      </w:r>
    </w:p>
    <w:p>
      <w:pPr>
        <w:sectPr>
          <w:pgSz w:w="11899" w:h="16838"/>
          <w:pgMar w:top="998" w:right="1194" w:bottom="1440" w:left="1800" w:header="720" w:footer="720" w:gutter="0"/>
          <w:cols w:num="1" w:equalWidth="0">
            <w:col w:w="8906" w:space="0"/>
          </w:cols>
          <w:docGrid w:linePitch="360"/>
        </w:sectPr>
      </w:pPr>
    </w:p>
    <w:p>
      <w:pPr>
        <w:autoSpaceDN w:val="0"/>
        <w:tabs>
          <w:tab w:pos="7438" w:val="left"/>
        </w:tabs>
        <w:autoSpaceDE w:val="0"/>
        <w:widowControl/>
        <w:spacing w:line="396" w:lineRule="exact" w:before="214" w:after="0"/>
        <w:ind w:left="5966" w:right="0" w:firstLine="0"/>
        <w:jc w:val="left"/>
      </w:pPr>
      <w:r>
        <w:rPr>
          <w:rFonts w:ascii="Droid Sans Fallback" w:hAnsi="Droid Sans Fallback" w:eastAsia="Droid Sans Fallback"/>
          <w:b w:val="0"/>
          <w:i w:val="0"/>
          <w:color w:val="FF6699"/>
          <w:sz w:val="24"/>
        </w:rPr>
        <w:t xml:space="preserve">登录 </w:t>
      </w:r>
      <w:r>
        <w:tab/>
      </w:r>
      <w:r>
        <w:rPr>
          <w:rFonts w:ascii="Droid Sans Fallback" w:hAnsi="Droid Sans Fallback" w:eastAsia="Droid Sans Fallback"/>
          <w:b w:val="0"/>
          <w:i w:val="0"/>
          <w:color w:val="FFFFFF"/>
          <w:sz w:val="34"/>
        </w:rPr>
        <w:t>下载 App</w:t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685800</wp:posOffset>
            </wp:positionH>
            <wp:positionV relativeFrom="page">
              <wp:posOffset>361950</wp:posOffset>
            </wp:positionV>
            <wp:extent cx="6085840" cy="7981950"/>
            <wp:wrapNone/>
            <wp:docPr id="43" name="Picture 4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6085840" cy="798195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355600</wp:posOffset>
            </wp:positionH>
            <wp:positionV relativeFrom="page">
              <wp:posOffset>355600</wp:posOffset>
            </wp:positionV>
            <wp:extent cx="6858000" cy="10336530"/>
            <wp:wrapNone/>
            <wp:docPr id="44" name="Picture 4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033653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autoSpaceDN w:val="0"/>
        <w:autoSpaceDE w:val="0"/>
        <w:widowControl/>
        <w:spacing w:line="540" w:lineRule="exact" w:before="12528" w:after="0"/>
        <w:ind w:left="0" w:right="4458" w:firstLine="0"/>
        <w:jc w:val="right"/>
      </w:pPr>
      <w:r>
        <w:rPr>
          <w:rFonts w:ascii="Times New Roman" w:hAnsi="Times New Roman" w:eastAsia="Times New Roman"/>
          <w:b w:val="0"/>
          <w:i w:val="0"/>
          <w:color w:val="999999"/>
          <w:sz w:val="48"/>
        </w:rPr>
        <w:t>20</w:t>
      </w:r>
    </w:p>
    <w:p>
      <w:pPr>
        <w:sectPr>
          <w:pgSz w:w="11899" w:h="16838"/>
          <w:pgMar w:top="998" w:right="1194" w:bottom="1440" w:left="1800" w:header="720" w:footer="720" w:gutter="0"/>
          <w:cols w:num="1" w:equalWidth="0">
            <w:col w:w="8906" w:space="0"/>
          </w:cols>
          <w:docGrid w:linePitch="360"/>
        </w:sectPr>
      </w:pPr>
    </w:p>
    <w:p>
      <w:pPr>
        <w:autoSpaceDN w:val="0"/>
        <w:tabs>
          <w:tab w:pos="7438" w:val="left"/>
        </w:tabs>
        <w:autoSpaceDE w:val="0"/>
        <w:widowControl/>
        <w:spacing w:line="396" w:lineRule="exact" w:before="214" w:after="0"/>
        <w:ind w:left="5966" w:right="0" w:firstLine="0"/>
        <w:jc w:val="left"/>
      </w:pPr>
      <w:r>
        <w:rPr>
          <w:rFonts w:ascii="Droid Sans Fallback" w:hAnsi="Droid Sans Fallback" w:eastAsia="Droid Sans Fallback"/>
          <w:b w:val="0"/>
          <w:i w:val="0"/>
          <w:color w:val="FF6699"/>
          <w:sz w:val="24"/>
        </w:rPr>
        <w:t xml:space="preserve">登录 </w:t>
      </w:r>
      <w:r>
        <w:tab/>
      </w:r>
      <w:r>
        <w:rPr>
          <w:rFonts w:ascii="Droid Sans Fallback" w:hAnsi="Droid Sans Fallback" w:eastAsia="Droid Sans Fallback"/>
          <w:b w:val="0"/>
          <w:i w:val="0"/>
          <w:color w:val="FFFFFF"/>
          <w:sz w:val="34"/>
        </w:rPr>
        <w:t>下载 App</w:t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685800</wp:posOffset>
            </wp:positionH>
            <wp:positionV relativeFrom="page">
              <wp:posOffset>419100</wp:posOffset>
            </wp:positionV>
            <wp:extent cx="6085840" cy="619760"/>
            <wp:wrapNone/>
            <wp:docPr id="45" name="Picture 4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6085840" cy="61976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800100</wp:posOffset>
            </wp:positionH>
            <wp:positionV relativeFrom="page">
              <wp:posOffset>2057400</wp:posOffset>
            </wp:positionV>
            <wp:extent cx="5971540" cy="7981950"/>
            <wp:wrapNone/>
            <wp:docPr id="46" name="Picture 4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5971540" cy="798195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355600</wp:posOffset>
            </wp:positionH>
            <wp:positionV relativeFrom="page">
              <wp:posOffset>355600</wp:posOffset>
            </wp:positionV>
            <wp:extent cx="6858000" cy="10336530"/>
            <wp:wrapNone/>
            <wp:docPr id="47" name="Picture 4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033653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sectPr>
          <w:pgSz w:w="11899" w:h="16838"/>
          <w:pgMar w:top="998" w:right="1194" w:bottom="1440" w:left="1800" w:header="720" w:footer="720" w:gutter="0"/>
          <w:cols w:num="1" w:equalWidth="0">
            <w:col w:w="8906" w:space="0"/>
          </w:cols>
          <w:docGrid w:linePitch="360"/>
        </w:sectPr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940.0" w:type="dxa"/>
      </w:tblPr>
      <w:tblGrid>
        <w:gridCol w:w="3240"/>
        <w:gridCol w:w="1760"/>
        <w:gridCol w:w="1940"/>
      </w:tblGrid>
      <w:tr>
        <w:trPr>
          <w:trHeight w:hRule="exact" w:val="712"/>
        </w:trPr>
        <w:tc>
          <w:tcPr>
            <w:tcW w:type="dxa" w:w="32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538" w:lineRule="exact" w:before="0" w:after="0"/>
              <w:ind w:left="0" w:right="770" w:firstLine="0"/>
              <w:jc w:val="right"/>
            </w:pPr>
            <w:r>
              <w:rPr>
                <w:rFonts w:ascii="Times New Roman" w:hAnsi="Times New Roman" w:eastAsia="Times New Roman"/>
                <w:b w:val="0"/>
                <w:i w:val="0"/>
                <w:color w:val="999999"/>
                <w:sz w:val="48"/>
              </w:rPr>
              <w:t>21</w:t>
            </w:r>
          </w:p>
        </w:tc>
        <w:tc>
          <w:tcPr>
            <w:tcW w:type="dxa" w:w="17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2" w:lineRule="exact" w:before="376" w:after="0"/>
              <w:ind w:left="0" w:right="486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6699"/>
                <w:sz w:val="24"/>
              </w:rPr>
              <w:t>登录</w:t>
            </w:r>
          </w:p>
        </w:tc>
        <w:tc>
          <w:tcPr>
            <w:tcW w:type="dxa" w:w="19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396" w:lineRule="exact" w:before="316" w:after="0"/>
              <w:ind w:left="0" w:right="0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FFFF"/>
                <w:sz w:val="34"/>
              </w:rPr>
              <w:t>下载 App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800100</wp:posOffset>
            </wp:positionH>
            <wp:positionV relativeFrom="page">
              <wp:posOffset>2296160</wp:posOffset>
            </wp:positionV>
            <wp:extent cx="5971540" cy="7980680"/>
            <wp:wrapNone/>
            <wp:docPr id="48" name="Picture 4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5971540" cy="798068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685800</wp:posOffset>
            </wp:positionH>
            <wp:positionV relativeFrom="page">
              <wp:posOffset>485140</wp:posOffset>
            </wp:positionV>
            <wp:extent cx="1209039" cy="553719"/>
            <wp:wrapNone/>
            <wp:docPr id="49" name="Picture 4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09039" cy="553719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355600</wp:posOffset>
            </wp:positionH>
            <wp:positionV relativeFrom="page">
              <wp:posOffset>355600</wp:posOffset>
            </wp:positionV>
            <wp:extent cx="6858000" cy="10336530"/>
            <wp:wrapNone/>
            <wp:docPr id="50" name="Picture 5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033653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sectPr>
          <w:pgSz w:w="11899" w:h="16838"/>
          <w:pgMar w:top="682" w:right="1194" w:bottom="1440" w:left="1800" w:header="720" w:footer="720" w:gutter="0"/>
          <w:cols w:num="1" w:equalWidth="0">
            <w:col w:w="8906" w:space="0"/>
          </w:cols>
          <w:docGrid w:linePitch="360"/>
        </w:sectPr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940.0" w:type="dxa"/>
      </w:tblPr>
      <w:tblGrid>
        <w:gridCol w:w="3260"/>
        <w:gridCol w:w="1740"/>
        <w:gridCol w:w="1940"/>
      </w:tblGrid>
      <w:tr>
        <w:trPr>
          <w:trHeight w:hRule="exact" w:val="712"/>
        </w:trPr>
        <w:tc>
          <w:tcPr>
            <w:tcW w:type="dxa" w:w="32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538" w:lineRule="exact" w:before="0" w:after="0"/>
              <w:ind w:left="0" w:right="764" w:firstLine="0"/>
              <w:jc w:val="right"/>
            </w:pPr>
            <w:r>
              <w:rPr>
                <w:rFonts w:ascii="Times New Roman" w:hAnsi="Times New Roman" w:eastAsia="Times New Roman"/>
                <w:b w:val="0"/>
                <w:i w:val="0"/>
                <w:color w:val="999999"/>
                <w:sz w:val="48"/>
              </w:rPr>
              <w:t>22</w:t>
            </w:r>
          </w:p>
        </w:tc>
        <w:tc>
          <w:tcPr>
            <w:tcW w:type="dxa" w:w="17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2" w:lineRule="exact" w:before="376" w:after="0"/>
              <w:ind w:left="0" w:right="486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6699"/>
                <w:sz w:val="24"/>
              </w:rPr>
              <w:t>登录</w:t>
            </w:r>
          </w:p>
        </w:tc>
        <w:tc>
          <w:tcPr>
            <w:tcW w:type="dxa" w:w="19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396" w:lineRule="exact" w:before="316" w:after="0"/>
              <w:ind w:left="0" w:right="0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FFFF"/>
                <w:sz w:val="34"/>
              </w:rPr>
              <w:t>下载 App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800100</wp:posOffset>
            </wp:positionH>
            <wp:positionV relativeFrom="page">
              <wp:posOffset>2296160</wp:posOffset>
            </wp:positionV>
            <wp:extent cx="5971540" cy="7980680"/>
            <wp:wrapNone/>
            <wp:docPr id="51" name="Picture 5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5971540" cy="798068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685800</wp:posOffset>
            </wp:positionH>
            <wp:positionV relativeFrom="page">
              <wp:posOffset>485140</wp:posOffset>
            </wp:positionV>
            <wp:extent cx="1209039" cy="553719"/>
            <wp:wrapNone/>
            <wp:docPr id="52" name="Picture 5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09039" cy="553719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355600</wp:posOffset>
            </wp:positionH>
            <wp:positionV relativeFrom="page">
              <wp:posOffset>355600</wp:posOffset>
            </wp:positionV>
            <wp:extent cx="6858000" cy="10336530"/>
            <wp:wrapNone/>
            <wp:docPr id="53" name="Picture 5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033653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sectPr>
          <w:pgSz w:w="11899" w:h="16838"/>
          <w:pgMar w:top="682" w:right="1194" w:bottom="1440" w:left="1800" w:header="720" w:footer="720" w:gutter="0"/>
          <w:cols w:num="1" w:equalWidth="0">
            <w:col w:w="8906" w:space="0"/>
          </w:cols>
          <w:docGrid w:linePitch="360"/>
        </w:sectPr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940.0" w:type="dxa"/>
      </w:tblPr>
      <w:tblGrid>
        <w:gridCol w:w="3260"/>
        <w:gridCol w:w="1740"/>
        <w:gridCol w:w="1940"/>
      </w:tblGrid>
      <w:tr>
        <w:trPr>
          <w:trHeight w:hRule="exact" w:val="712"/>
        </w:trPr>
        <w:tc>
          <w:tcPr>
            <w:tcW w:type="dxa" w:w="32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540" w:lineRule="exact" w:before="0" w:after="0"/>
              <w:ind w:left="0" w:right="764" w:firstLine="0"/>
              <w:jc w:val="right"/>
            </w:pPr>
            <w:r>
              <w:rPr>
                <w:rFonts w:ascii="Times New Roman" w:hAnsi="Times New Roman" w:eastAsia="Times New Roman"/>
                <w:b w:val="0"/>
                <w:i w:val="0"/>
                <w:color w:val="999999"/>
                <w:sz w:val="48"/>
              </w:rPr>
              <w:t>23</w:t>
            </w:r>
          </w:p>
        </w:tc>
        <w:tc>
          <w:tcPr>
            <w:tcW w:type="dxa" w:w="17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2" w:lineRule="exact" w:before="376" w:after="0"/>
              <w:ind w:left="0" w:right="486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6699"/>
                <w:sz w:val="24"/>
              </w:rPr>
              <w:t>登录</w:t>
            </w:r>
          </w:p>
        </w:tc>
        <w:tc>
          <w:tcPr>
            <w:tcW w:type="dxa" w:w="19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396" w:lineRule="exact" w:before="316" w:after="0"/>
              <w:ind w:left="0" w:right="0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FFFF"/>
                <w:sz w:val="34"/>
              </w:rPr>
              <w:t>下载 App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800100</wp:posOffset>
            </wp:positionH>
            <wp:positionV relativeFrom="page">
              <wp:posOffset>2296160</wp:posOffset>
            </wp:positionV>
            <wp:extent cx="5971540" cy="7980680"/>
            <wp:wrapNone/>
            <wp:docPr id="54" name="Picture 5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5971540" cy="798068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685800</wp:posOffset>
            </wp:positionH>
            <wp:positionV relativeFrom="page">
              <wp:posOffset>485140</wp:posOffset>
            </wp:positionV>
            <wp:extent cx="1209039" cy="553719"/>
            <wp:wrapNone/>
            <wp:docPr id="55" name="Picture 5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09039" cy="553719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355600</wp:posOffset>
            </wp:positionH>
            <wp:positionV relativeFrom="page">
              <wp:posOffset>355600</wp:posOffset>
            </wp:positionV>
            <wp:extent cx="6858000" cy="10336530"/>
            <wp:wrapNone/>
            <wp:docPr id="56" name="Picture 5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033653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sectPr>
          <w:pgSz w:w="11899" w:h="16838"/>
          <w:pgMar w:top="682" w:right="1194" w:bottom="1440" w:left="1800" w:header="720" w:footer="720" w:gutter="0"/>
          <w:cols w:num="1" w:equalWidth="0">
            <w:col w:w="8906" w:space="0"/>
          </w:cols>
          <w:docGrid w:linePitch="360"/>
        </w:sectPr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940.0" w:type="dxa"/>
      </w:tblPr>
      <w:tblGrid>
        <w:gridCol w:w="3260"/>
        <w:gridCol w:w="1740"/>
        <w:gridCol w:w="1940"/>
      </w:tblGrid>
      <w:tr>
        <w:trPr>
          <w:trHeight w:hRule="exact" w:val="712"/>
        </w:trPr>
        <w:tc>
          <w:tcPr>
            <w:tcW w:type="dxa" w:w="32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538" w:lineRule="exact" w:before="0" w:after="0"/>
              <w:ind w:left="0" w:right="758" w:firstLine="0"/>
              <w:jc w:val="right"/>
            </w:pPr>
            <w:r>
              <w:rPr>
                <w:rFonts w:ascii="Times New Roman" w:hAnsi="Times New Roman" w:eastAsia="Times New Roman"/>
                <w:b w:val="0"/>
                <w:i w:val="0"/>
                <w:color w:val="999999"/>
                <w:sz w:val="48"/>
              </w:rPr>
              <w:t>24</w:t>
            </w:r>
          </w:p>
        </w:tc>
        <w:tc>
          <w:tcPr>
            <w:tcW w:type="dxa" w:w="17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2" w:lineRule="exact" w:before="376" w:after="0"/>
              <w:ind w:left="0" w:right="486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6699"/>
                <w:sz w:val="24"/>
              </w:rPr>
              <w:t>登录</w:t>
            </w:r>
          </w:p>
        </w:tc>
        <w:tc>
          <w:tcPr>
            <w:tcW w:type="dxa" w:w="19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396" w:lineRule="exact" w:before="316" w:after="0"/>
              <w:ind w:left="0" w:right="0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FFFF"/>
                <w:sz w:val="34"/>
              </w:rPr>
              <w:t>下载 App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800100</wp:posOffset>
            </wp:positionH>
            <wp:positionV relativeFrom="page">
              <wp:posOffset>2296160</wp:posOffset>
            </wp:positionV>
            <wp:extent cx="5971540" cy="7980680"/>
            <wp:wrapNone/>
            <wp:docPr id="57" name="Picture 5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5971540" cy="798068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685800</wp:posOffset>
            </wp:positionH>
            <wp:positionV relativeFrom="page">
              <wp:posOffset>485140</wp:posOffset>
            </wp:positionV>
            <wp:extent cx="1209039" cy="553719"/>
            <wp:wrapNone/>
            <wp:docPr id="58" name="Picture 5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09039" cy="553719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355600</wp:posOffset>
            </wp:positionH>
            <wp:positionV relativeFrom="page">
              <wp:posOffset>355600</wp:posOffset>
            </wp:positionV>
            <wp:extent cx="6858000" cy="10336530"/>
            <wp:wrapNone/>
            <wp:docPr id="59" name="Picture 5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033653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sectPr>
          <w:pgSz w:w="11899" w:h="16838"/>
          <w:pgMar w:top="682" w:right="1194" w:bottom="1440" w:left="1800" w:header="720" w:footer="720" w:gutter="0"/>
          <w:cols w:num="1" w:equalWidth="0">
            <w:col w:w="8906" w:space="0"/>
          </w:cols>
          <w:docGrid w:linePitch="360"/>
        </w:sectPr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940.0" w:type="dxa"/>
      </w:tblPr>
      <w:tblGrid>
        <w:gridCol w:w="3260"/>
        <w:gridCol w:w="1740"/>
        <w:gridCol w:w="1940"/>
      </w:tblGrid>
      <w:tr>
        <w:trPr>
          <w:trHeight w:hRule="exact" w:val="712"/>
        </w:trPr>
        <w:tc>
          <w:tcPr>
            <w:tcW w:type="dxa" w:w="32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538" w:lineRule="exact" w:before="0" w:after="0"/>
              <w:ind w:left="0" w:right="760" w:firstLine="0"/>
              <w:jc w:val="right"/>
            </w:pPr>
            <w:r>
              <w:rPr>
                <w:rFonts w:ascii="Times New Roman" w:hAnsi="Times New Roman" w:eastAsia="Times New Roman"/>
                <w:b w:val="0"/>
                <w:i w:val="0"/>
                <w:color w:val="999999"/>
                <w:sz w:val="48"/>
              </w:rPr>
              <w:t>25</w:t>
            </w:r>
          </w:p>
        </w:tc>
        <w:tc>
          <w:tcPr>
            <w:tcW w:type="dxa" w:w="17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2" w:lineRule="exact" w:before="376" w:after="0"/>
              <w:ind w:left="0" w:right="486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6699"/>
                <w:sz w:val="24"/>
              </w:rPr>
              <w:t>登录</w:t>
            </w:r>
          </w:p>
        </w:tc>
        <w:tc>
          <w:tcPr>
            <w:tcW w:type="dxa" w:w="19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396" w:lineRule="exact" w:before="316" w:after="0"/>
              <w:ind w:left="0" w:right="0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FFFF"/>
                <w:sz w:val="34"/>
              </w:rPr>
              <w:t>下载 App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800100</wp:posOffset>
            </wp:positionH>
            <wp:positionV relativeFrom="page">
              <wp:posOffset>2296160</wp:posOffset>
            </wp:positionV>
            <wp:extent cx="5971540" cy="7980680"/>
            <wp:wrapNone/>
            <wp:docPr id="60" name="Picture 6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5971540" cy="798068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685800</wp:posOffset>
            </wp:positionH>
            <wp:positionV relativeFrom="page">
              <wp:posOffset>485140</wp:posOffset>
            </wp:positionV>
            <wp:extent cx="1209039" cy="553719"/>
            <wp:wrapNone/>
            <wp:docPr id="61" name="Picture 6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09039" cy="553719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355600</wp:posOffset>
            </wp:positionH>
            <wp:positionV relativeFrom="page">
              <wp:posOffset>355600</wp:posOffset>
            </wp:positionV>
            <wp:extent cx="6858000" cy="10336530"/>
            <wp:wrapNone/>
            <wp:docPr id="62" name="Picture 6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033653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sectPr>
          <w:pgSz w:w="11899" w:h="16838"/>
          <w:pgMar w:top="682" w:right="1194" w:bottom="1440" w:left="1800" w:header="720" w:footer="720" w:gutter="0"/>
          <w:cols w:num="1" w:equalWidth="0">
            <w:col w:w="8906" w:space="0"/>
          </w:cols>
          <w:docGrid w:linePitch="360"/>
        </w:sectPr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940.0" w:type="dxa"/>
      </w:tblPr>
      <w:tblGrid>
        <w:gridCol w:w="3260"/>
        <w:gridCol w:w="1740"/>
        <w:gridCol w:w="1940"/>
      </w:tblGrid>
      <w:tr>
        <w:trPr>
          <w:trHeight w:hRule="exact" w:val="712"/>
        </w:trPr>
        <w:tc>
          <w:tcPr>
            <w:tcW w:type="dxa" w:w="32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538" w:lineRule="exact" w:before="0" w:after="0"/>
              <w:ind w:left="0" w:right="754" w:firstLine="0"/>
              <w:jc w:val="right"/>
            </w:pPr>
            <w:r>
              <w:rPr>
                <w:rFonts w:ascii="Times New Roman" w:hAnsi="Times New Roman" w:eastAsia="Times New Roman"/>
                <w:b w:val="0"/>
                <w:i w:val="0"/>
                <w:color w:val="999999"/>
                <w:sz w:val="48"/>
              </w:rPr>
              <w:t>26</w:t>
            </w:r>
          </w:p>
        </w:tc>
        <w:tc>
          <w:tcPr>
            <w:tcW w:type="dxa" w:w="17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2" w:lineRule="exact" w:before="376" w:after="0"/>
              <w:ind w:left="0" w:right="486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6699"/>
                <w:sz w:val="24"/>
              </w:rPr>
              <w:t>登录</w:t>
            </w:r>
          </w:p>
        </w:tc>
        <w:tc>
          <w:tcPr>
            <w:tcW w:type="dxa" w:w="19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396" w:lineRule="exact" w:before="316" w:after="0"/>
              <w:ind w:left="0" w:right="0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FFFF"/>
                <w:sz w:val="34"/>
              </w:rPr>
              <w:t>下载 App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685800</wp:posOffset>
            </wp:positionH>
            <wp:positionV relativeFrom="page">
              <wp:posOffset>485140</wp:posOffset>
            </wp:positionV>
            <wp:extent cx="1209039" cy="553719"/>
            <wp:wrapNone/>
            <wp:docPr id="63" name="Picture 6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09039" cy="553719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355600</wp:posOffset>
            </wp:positionH>
            <wp:positionV relativeFrom="page">
              <wp:posOffset>355600</wp:posOffset>
            </wp:positionV>
            <wp:extent cx="6858000" cy="10336530"/>
            <wp:wrapNone/>
            <wp:docPr id="64" name="Picture 6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033653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sectPr>
          <w:pgSz w:w="11899" w:h="16838"/>
          <w:pgMar w:top="682" w:right="1194" w:bottom="1440" w:left="1800" w:header="720" w:footer="720" w:gutter="0"/>
          <w:cols w:num="1" w:equalWidth="0">
            <w:col w:w="8906" w:space="0"/>
          </w:cols>
          <w:docGrid w:linePitch="360"/>
        </w:sectPr>
      </w:pPr>
    </w:p>
    <w:p>
      <w:pPr>
        <w:autoSpaceDN w:val="0"/>
        <w:tabs>
          <w:tab w:pos="7438" w:val="left"/>
        </w:tabs>
        <w:autoSpaceDE w:val="0"/>
        <w:widowControl/>
        <w:spacing w:line="396" w:lineRule="exact" w:before="214" w:after="0"/>
        <w:ind w:left="5966" w:right="0" w:firstLine="0"/>
        <w:jc w:val="left"/>
      </w:pPr>
      <w:r>
        <w:rPr>
          <w:rFonts w:ascii="Droid Sans Fallback" w:hAnsi="Droid Sans Fallback" w:eastAsia="Droid Sans Fallback"/>
          <w:b w:val="0"/>
          <w:i w:val="0"/>
          <w:color w:val="FF6699"/>
          <w:sz w:val="24"/>
        </w:rPr>
        <w:t xml:space="preserve">登录 </w:t>
      </w:r>
      <w:r>
        <w:tab/>
      </w:r>
      <w:r>
        <w:rPr>
          <w:rFonts w:ascii="Droid Sans Fallback" w:hAnsi="Droid Sans Fallback" w:eastAsia="Droid Sans Fallback"/>
          <w:b w:val="0"/>
          <w:i w:val="0"/>
          <w:color w:val="FFFFFF"/>
          <w:sz w:val="34"/>
        </w:rPr>
        <w:t>下载 App</w:t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685800</wp:posOffset>
            </wp:positionH>
            <wp:positionV relativeFrom="page">
              <wp:posOffset>361950</wp:posOffset>
            </wp:positionV>
            <wp:extent cx="6085840" cy="7981950"/>
            <wp:wrapNone/>
            <wp:docPr id="65" name="Picture 6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6085840" cy="798195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355600</wp:posOffset>
            </wp:positionH>
            <wp:positionV relativeFrom="page">
              <wp:posOffset>355600</wp:posOffset>
            </wp:positionV>
            <wp:extent cx="6858000" cy="10336530"/>
            <wp:wrapNone/>
            <wp:docPr id="66" name="Picture 6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033653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autoSpaceDN w:val="0"/>
        <w:autoSpaceDE w:val="0"/>
        <w:widowControl/>
        <w:spacing w:line="540" w:lineRule="exact" w:before="12528" w:after="0"/>
        <w:ind w:left="0" w:right="4470" w:firstLine="0"/>
        <w:jc w:val="right"/>
      </w:pPr>
      <w:r>
        <w:rPr>
          <w:rFonts w:ascii="Times New Roman" w:hAnsi="Times New Roman" w:eastAsia="Times New Roman"/>
          <w:b w:val="0"/>
          <w:i w:val="0"/>
          <w:color w:val="999999"/>
          <w:sz w:val="48"/>
        </w:rPr>
        <w:t>27</w:t>
      </w:r>
    </w:p>
    <w:p>
      <w:pPr>
        <w:sectPr>
          <w:pgSz w:w="11899" w:h="16838"/>
          <w:pgMar w:top="998" w:right="1194" w:bottom="1440" w:left="1800" w:header="720" w:footer="720" w:gutter="0"/>
          <w:cols w:num="1" w:equalWidth="0">
            <w:col w:w="8906" w:space="0"/>
          </w:cols>
          <w:docGrid w:linePitch="360"/>
        </w:sectPr>
      </w:pPr>
    </w:p>
    <w:p>
      <w:pPr>
        <w:autoSpaceDN w:val="0"/>
        <w:tabs>
          <w:tab w:pos="7438" w:val="left"/>
        </w:tabs>
        <w:autoSpaceDE w:val="0"/>
        <w:widowControl/>
        <w:spacing w:line="396" w:lineRule="exact" w:before="214" w:after="0"/>
        <w:ind w:left="5966" w:right="0" w:firstLine="0"/>
        <w:jc w:val="left"/>
      </w:pPr>
      <w:r>
        <w:rPr>
          <w:rFonts w:ascii="Droid Sans Fallback" w:hAnsi="Droid Sans Fallback" w:eastAsia="Droid Sans Fallback"/>
          <w:b w:val="0"/>
          <w:i w:val="0"/>
          <w:color w:val="FF6699"/>
          <w:sz w:val="24"/>
        </w:rPr>
        <w:t xml:space="preserve">登录 </w:t>
      </w:r>
      <w:r>
        <w:tab/>
      </w:r>
      <w:r>
        <w:rPr>
          <w:rFonts w:ascii="Droid Sans Fallback" w:hAnsi="Droid Sans Fallback" w:eastAsia="Droid Sans Fallback"/>
          <w:b w:val="0"/>
          <w:i w:val="0"/>
          <w:color w:val="FFFFFF"/>
          <w:sz w:val="34"/>
        </w:rPr>
        <w:t>下载 App</w:t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800100</wp:posOffset>
            </wp:positionH>
            <wp:positionV relativeFrom="page">
              <wp:posOffset>2296160</wp:posOffset>
            </wp:positionV>
            <wp:extent cx="5971540" cy="7980680"/>
            <wp:wrapNone/>
            <wp:docPr id="67" name="Picture 6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5971540" cy="798068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685800</wp:posOffset>
            </wp:positionH>
            <wp:positionV relativeFrom="page">
              <wp:posOffset>485140</wp:posOffset>
            </wp:positionV>
            <wp:extent cx="1209039" cy="553719"/>
            <wp:wrapNone/>
            <wp:docPr id="68" name="Picture 6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09039" cy="553719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355600</wp:posOffset>
            </wp:positionH>
            <wp:positionV relativeFrom="page">
              <wp:posOffset>355600</wp:posOffset>
            </wp:positionV>
            <wp:extent cx="6858000" cy="10336530"/>
            <wp:wrapNone/>
            <wp:docPr id="69" name="Picture 6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033653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sectPr>
          <w:pgSz w:w="11899" w:h="16838"/>
          <w:pgMar w:top="998" w:right="1194" w:bottom="1440" w:left="1800" w:header="720" w:footer="720" w:gutter="0"/>
          <w:cols w:num="1" w:equalWidth="0">
            <w:col w:w="8906" w:space="0"/>
          </w:cols>
          <w:docGrid w:linePitch="360"/>
        </w:sectPr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940.0" w:type="dxa"/>
      </w:tblPr>
      <w:tblGrid>
        <w:gridCol w:w="3260"/>
        <w:gridCol w:w="1740"/>
        <w:gridCol w:w="1940"/>
      </w:tblGrid>
      <w:tr>
        <w:trPr>
          <w:trHeight w:hRule="exact" w:val="712"/>
        </w:trPr>
        <w:tc>
          <w:tcPr>
            <w:tcW w:type="dxa" w:w="32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540" w:lineRule="exact" w:before="0" w:after="0"/>
              <w:ind w:left="0" w:right="756" w:firstLine="0"/>
              <w:jc w:val="right"/>
            </w:pPr>
            <w:r>
              <w:rPr>
                <w:rFonts w:ascii="Times New Roman" w:hAnsi="Times New Roman" w:eastAsia="Times New Roman"/>
                <w:b w:val="0"/>
                <w:i w:val="0"/>
                <w:color w:val="999999"/>
                <w:sz w:val="48"/>
              </w:rPr>
              <w:t>28</w:t>
            </w:r>
          </w:p>
        </w:tc>
        <w:tc>
          <w:tcPr>
            <w:tcW w:type="dxa" w:w="17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2" w:lineRule="exact" w:before="376" w:after="0"/>
              <w:ind w:left="0" w:right="486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6699"/>
                <w:sz w:val="24"/>
              </w:rPr>
              <w:t>登录</w:t>
            </w:r>
          </w:p>
        </w:tc>
        <w:tc>
          <w:tcPr>
            <w:tcW w:type="dxa" w:w="19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396" w:lineRule="exact" w:before="316" w:after="0"/>
              <w:ind w:left="0" w:right="0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FFFF"/>
                <w:sz w:val="34"/>
              </w:rPr>
              <w:t>下载 App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800100</wp:posOffset>
            </wp:positionH>
            <wp:positionV relativeFrom="page">
              <wp:posOffset>2296160</wp:posOffset>
            </wp:positionV>
            <wp:extent cx="5971540" cy="7980680"/>
            <wp:wrapNone/>
            <wp:docPr id="70" name="Picture 7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5971540" cy="798068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685800</wp:posOffset>
            </wp:positionH>
            <wp:positionV relativeFrom="page">
              <wp:posOffset>485140</wp:posOffset>
            </wp:positionV>
            <wp:extent cx="1209039" cy="553719"/>
            <wp:wrapNone/>
            <wp:docPr id="71" name="Picture 7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09039" cy="553719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355600</wp:posOffset>
            </wp:positionH>
            <wp:positionV relativeFrom="page">
              <wp:posOffset>355600</wp:posOffset>
            </wp:positionV>
            <wp:extent cx="6858000" cy="10336530"/>
            <wp:wrapNone/>
            <wp:docPr id="72" name="Picture 7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033653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sectPr>
          <w:pgSz w:w="11899" w:h="16838"/>
          <w:pgMar w:top="682" w:right="1194" w:bottom="1440" w:left="1800" w:header="720" w:footer="720" w:gutter="0"/>
          <w:cols w:num="1" w:equalWidth="0">
            <w:col w:w="8906" w:space="0"/>
          </w:cols>
          <w:docGrid w:linePitch="360"/>
        </w:sectPr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940.0" w:type="dxa"/>
      </w:tblPr>
      <w:tblGrid>
        <w:gridCol w:w="3260"/>
        <w:gridCol w:w="1740"/>
        <w:gridCol w:w="1940"/>
      </w:tblGrid>
      <w:tr>
        <w:trPr>
          <w:trHeight w:hRule="exact" w:val="712"/>
        </w:trPr>
        <w:tc>
          <w:tcPr>
            <w:tcW w:type="dxa" w:w="32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542" w:lineRule="exact" w:before="0" w:after="0"/>
              <w:ind w:left="0" w:right="754" w:firstLine="0"/>
              <w:jc w:val="right"/>
            </w:pPr>
            <w:r>
              <w:rPr>
                <w:rFonts w:ascii="Times New Roman" w:hAnsi="Times New Roman" w:eastAsia="Times New Roman"/>
                <w:b w:val="0"/>
                <w:i w:val="0"/>
                <w:color w:val="999999"/>
                <w:sz w:val="48"/>
              </w:rPr>
              <w:t>29</w:t>
            </w:r>
          </w:p>
        </w:tc>
        <w:tc>
          <w:tcPr>
            <w:tcW w:type="dxa" w:w="17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2" w:lineRule="exact" w:before="376" w:after="0"/>
              <w:ind w:left="0" w:right="486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6699"/>
                <w:sz w:val="24"/>
              </w:rPr>
              <w:t>登录</w:t>
            </w:r>
          </w:p>
        </w:tc>
        <w:tc>
          <w:tcPr>
            <w:tcW w:type="dxa" w:w="19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396" w:lineRule="exact" w:before="316" w:after="0"/>
              <w:ind w:left="0" w:right="0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FFFF"/>
                <w:sz w:val="34"/>
              </w:rPr>
              <w:t>下载 App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800100</wp:posOffset>
            </wp:positionH>
            <wp:positionV relativeFrom="page">
              <wp:posOffset>2296160</wp:posOffset>
            </wp:positionV>
            <wp:extent cx="5971540" cy="7980680"/>
            <wp:wrapNone/>
            <wp:docPr id="73" name="Picture 7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5971540" cy="798068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685800</wp:posOffset>
            </wp:positionH>
            <wp:positionV relativeFrom="page">
              <wp:posOffset>485140</wp:posOffset>
            </wp:positionV>
            <wp:extent cx="1209039" cy="553719"/>
            <wp:wrapNone/>
            <wp:docPr id="74" name="Picture 7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09039" cy="553719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355600</wp:posOffset>
            </wp:positionH>
            <wp:positionV relativeFrom="page">
              <wp:posOffset>355600</wp:posOffset>
            </wp:positionV>
            <wp:extent cx="6858000" cy="10336530"/>
            <wp:wrapNone/>
            <wp:docPr id="75" name="Picture 7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033653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sectPr>
          <w:pgSz w:w="11899" w:h="16838"/>
          <w:pgMar w:top="682" w:right="1194" w:bottom="1440" w:left="1800" w:header="720" w:footer="720" w:gutter="0"/>
          <w:cols w:num="1" w:equalWidth="0">
            <w:col w:w="8906" w:space="0"/>
          </w:cols>
          <w:docGrid w:linePitch="360"/>
        </w:sectPr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920.0" w:type="dxa"/>
      </w:tblPr>
      <w:tblGrid>
        <w:gridCol w:w="3280"/>
        <w:gridCol w:w="1740"/>
        <w:gridCol w:w="1940"/>
      </w:tblGrid>
      <w:tr>
        <w:trPr>
          <w:trHeight w:hRule="exact" w:val="712"/>
        </w:trPr>
        <w:tc>
          <w:tcPr>
            <w:tcW w:type="dxa" w:w="32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540" w:lineRule="exact" w:before="0" w:after="0"/>
              <w:ind w:left="0" w:right="752" w:firstLine="0"/>
              <w:jc w:val="right"/>
            </w:pPr>
            <w:r>
              <w:rPr>
                <w:rFonts w:ascii="Times New Roman" w:hAnsi="Times New Roman" w:eastAsia="Times New Roman"/>
                <w:b w:val="0"/>
                <w:i w:val="0"/>
                <w:color w:val="999999"/>
                <w:sz w:val="48"/>
              </w:rPr>
              <w:t>30</w:t>
            </w:r>
          </w:p>
        </w:tc>
        <w:tc>
          <w:tcPr>
            <w:tcW w:type="dxa" w:w="17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2" w:lineRule="exact" w:before="376" w:after="0"/>
              <w:ind w:left="0" w:right="486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6699"/>
                <w:sz w:val="24"/>
              </w:rPr>
              <w:t>登录</w:t>
            </w:r>
          </w:p>
        </w:tc>
        <w:tc>
          <w:tcPr>
            <w:tcW w:type="dxa" w:w="19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396" w:lineRule="exact" w:before="316" w:after="0"/>
              <w:ind w:left="0" w:right="0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FFFF"/>
                <w:sz w:val="34"/>
              </w:rPr>
              <w:t>下载 App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800100</wp:posOffset>
            </wp:positionH>
            <wp:positionV relativeFrom="page">
              <wp:posOffset>2296160</wp:posOffset>
            </wp:positionV>
            <wp:extent cx="5971540" cy="7980680"/>
            <wp:wrapNone/>
            <wp:docPr id="76" name="Picture 7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5971540" cy="798068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685800</wp:posOffset>
            </wp:positionH>
            <wp:positionV relativeFrom="page">
              <wp:posOffset>485140</wp:posOffset>
            </wp:positionV>
            <wp:extent cx="1209039" cy="553719"/>
            <wp:wrapNone/>
            <wp:docPr id="77" name="Picture 7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09039" cy="553719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355600</wp:posOffset>
            </wp:positionH>
            <wp:positionV relativeFrom="page">
              <wp:posOffset>355600</wp:posOffset>
            </wp:positionV>
            <wp:extent cx="6858000" cy="10336530"/>
            <wp:wrapNone/>
            <wp:docPr id="78" name="Picture 7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033653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sectPr>
          <w:pgSz w:w="11899" w:h="16838"/>
          <w:pgMar w:top="682" w:right="1194" w:bottom="1440" w:left="1800" w:header="720" w:footer="720" w:gutter="0"/>
          <w:cols w:num="1" w:equalWidth="0">
            <w:col w:w="8906" w:space="0"/>
          </w:cols>
          <w:docGrid w:linePitch="360"/>
        </w:sectPr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940.0" w:type="dxa"/>
      </w:tblPr>
      <w:tblGrid>
        <w:gridCol w:w="3240"/>
        <w:gridCol w:w="1760"/>
        <w:gridCol w:w="1940"/>
      </w:tblGrid>
      <w:tr>
        <w:trPr>
          <w:trHeight w:hRule="exact" w:val="712"/>
        </w:trPr>
        <w:tc>
          <w:tcPr>
            <w:tcW w:type="dxa" w:w="32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540" w:lineRule="exact" w:before="0" w:after="0"/>
              <w:ind w:left="0" w:right="770" w:firstLine="0"/>
              <w:jc w:val="right"/>
            </w:pPr>
            <w:r>
              <w:rPr>
                <w:rFonts w:ascii="Times New Roman" w:hAnsi="Times New Roman" w:eastAsia="Times New Roman"/>
                <w:b w:val="0"/>
                <w:i w:val="0"/>
                <w:color w:val="999999"/>
                <w:sz w:val="48"/>
              </w:rPr>
              <w:t>31</w:t>
            </w:r>
          </w:p>
        </w:tc>
        <w:tc>
          <w:tcPr>
            <w:tcW w:type="dxa" w:w="17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2" w:lineRule="exact" w:before="376" w:after="0"/>
              <w:ind w:left="0" w:right="486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6699"/>
                <w:sz w:val="24"/>
              </w:rPr>
              <w:t>登录</w:t>
            </w:r>
          </w:p>
        </w:tc>
        <w:tc>
          <w:tcPr>
            <w:tcW w:type="dxa" w:w="19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396" w:lineRule="exact" w:before="316" w:after="0"/>
              <w:ind w:left="0" w:right="0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FFFF"/>
                <w:sz w:val="34"/>
              </w:rPr>
              <w:t>下载 App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800100</wp:posOffset>
            </wp:positionH>
            <wp:positionV relativeFrom="page">
              <wp:posOffset>2296160</wp:posOffset>
            </wp:positionV>
            <wp:extent cx="5971540" cy="7980680"/>
            <wp:wrapNone/>
            <wp:docPr id="79" name="Picture 7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5971540" cy="798068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685800</wp:posOffset>
            </wp:positionH>
            <wp:positionV relativeFrom="page">
              <wp:posOffset>485140</wp:posOffset>
            </wp:positionV>
            <wp:extent cx="1209039" cy="553719"/>
            <wp:wrapNone/>
            <wp:docPr id="80" name="Picture 8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09039" cy="553719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355600</wp:posOffset>
            </wp:positionH>
            <wp:positionV relativeFrom="page">
              <wp:posOffset>355600</wp:posOffset>
            </wp:positionV>
            <wp:extent cx="6858000" cy="10336530"/>
            <wp:wrapNone/>
            <wp:docPr id="81" name="Picture 8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033653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sectPr>
          <w:pgSz w:w="11899" w:h="16838"/>
          <w:pgMar w:top="682" w:right="1194" w:bottom="1440" w:left="1800" w:header="720" w:footer="720" w:gutter="0"/>
          <w:cols w:num="1" w:equalWidth="0">
            <w:col w:w="8906" w:space="0"/>
          </w:cols>
          <w:docGrid w:linePitch="360"/>
        </w:sectPr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940.0" w:type="dxa"/>
      </w:tblPr>
      <w:tblGrid>
        <w:gridCol w:w="3260"/>
        <w:gridCol w:w="1740"/>
        <w:gridCol w:w="1940"/>
      </w:tblGrid>
      <w:tr>
        <w:trPr>
          <w:trHeight w:hRule="exact" w:val="712"/>
        </w:trPr>
        <w:tc>
          <w:tcPr>
            <w:tcW w:type="dxa" w:w="32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540" w:lineRule="exact" w:before="0" w:after="0"/>
              <w:ind w:left="0" w:right="764" w:firstLine="0"/>
              <w:jc w:val="right"/>
            </w:pPr>
            <w:r>
              <w:rPr>
                <w:rFonts w:ascii="Times New Roman" w:hAnsi="Times New Roman" w:eastAsia="Times New Roman"/>
                <w:b w:val="0"/>
                <w:i w:val="0"/>
                <w:color w:val="999999"/>
                <w:sz w:val="48"/>
              </w:rPr>
              <w:t>32</w:t>
            </w:r>
          </w:p>
        </w:tc>
        <w:tc>
          <w:tcPr>
            <w:tcW w:type="dxa" w:w="17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2" w:lineRule="exact" w:before="376" w:after="0"/>
              <w:ind w:left="0" w:right="486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6699"/>
                <w:sz w:val="24"/>
              </w:rPr>
              <w:t>登录</w:t>
            </w:r>
          </w:p>
        </w:tc>
        <w:tc>
          <w:tcPr>
            <w:tcW w:type="dxa" w:w="19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396" w:lineRule="exact" w:before="316" w:after="0"/>
              <w:ind w:left="0" w:right="0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FFFF"/>
                <w:sz w:val="34"/>
              </w:rPr>
              <w:t>下载 App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800100</wp:posOffset>
            </wp:positionH>
            <wp:positionV relativeFrom="page">
              <wp:posOffset>2296160</wp:posOffset>
            </wp:positionV>
            <wp:extent cx="5971540" cy="7980680"/>
            <wp:wrapNone/>
            <wp:docPr id="82" name="Picture 8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5971540" cy="798068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685800</wp:posOffset>
            </wp:positionH>
            <wp:positionV relativeFrom="page">
              <wp:posOffset>485140</wp:posOffset>
            </wp:positionV>
            <wp:extent cx="1209039" cy="553719"/>
            <wp:wrapNone/>
            <wp:docPr id="83" name="Picture 8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09039" cy="553719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355600</wp:posOffset>
            </wp:positionH>
            <wp:positionV relativeFrom="page">
              <wp:posOffset>355600</wp:posOffset>
            </wp:positionV>
            <wp:extent cx="6858000" cy="10336530"/>
            <wp:wrapNone/>
            <wp:docPr id="84" name="Picture 8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033653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sectPr>
          <w:pgSz w:w="11899" w:h="16838"/>
          <w:pgMar w:top="682" w:right="1194" w:bottom="1440" w:left="1800" w:header="720" w:footer="720" w:gutter="0"/>
          <w:cols w:num="1" w:equalWidth="0">
            <w:col w:w="8906" w:space="0"/>
          </w:cols>
          <w:docGrid w:linePitch="360"/>
        </w:sectPr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940.0" w:type="dxa"/>
      </w:tblPr>
      <w:tblGrid>
        <w:gridCol w:w="3260"/>
        <w:gridCol w:w="1740"/>
        <w:gridCol w:w="1940"/>
      </w:tblGrid>
      <w:tr>
        <w:trPr>
          <w:trHeight w:hRule="exact" w:val="712"/>
        </w:trPr>
        <w:tc>
          <w:tcPr>
            <w:tcW w:type="dxa" w:w="32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540" w:lineRule="exact" w:before="0" w:after="0"/>
              <w:ind w:left="0" w:right="766" w:firstLine="0"/>
              <w:jc w:val="right"/>
            </w:pPr>
            <w:r>
              <w:rPr>
                <w:rFonts w:ascii="Times New Roman" w:hAnsi="Times New Roman" w:eastAsia="Times New Roman"/>
                <w:b w:val="0"/>
                <w:i w:val="0"/>
                <w:color w:val="999999"/>
                <w:sz w:val="48"/>
              </w:rPr>
              <w:t>33</w:t>
            </w:r>
          </w:p>
        </w:tc>
        <w:tc>
          <w:tcPr>
            <w:tcW w:type="dxa" w:w="17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2" w:lineRule="exact" w:before="376" w:after="0"/>
              <w:ind w:left="0" w:right="486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6699"/>
                <w:sz w:val="24"/>
              </w:rPr>
              <w:t>登录</w:t>
            </w:r>
          </w:p>
        </w:tc>
        <w:tc>
          <w:tcPr>
            <w:tcW w:type="dxa" w:w="19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396" w:lineRule="exact" w:before="316" w:after="0"/>
              <w:ind w:left="0" w:right="0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FFFF"/>
                <w:sz w:val="34"/>
              </w:rPr>
              <w:t>下载 App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800100</wp:posOffset>
            </wp:positionH>
            <wp:positionV relativeFrom="page">
              <wp:posOffset>2296160</wp:posOffset>
            </wp:positionV>
            <wp:extent cx="5971540" cy="7980680"/>
            <wp:wrapNone/>
            <wp:docPr id="85" name="Picture 8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5971540" cy="798068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685800</wp:posOffset>
            </wp:positionH>
            <wp:positionV relativeFrom="page">
              <wp:posOffset>485140</wp:posOffset>
            </wp:positionV>
            <wp:extent cx="1209039" cy="553719"/>
            <wp:wrapNone/>
            <wp:docPr id="86" name="Picture 8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09039" cy="553719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355600</wp:posOffset>
            </wp:positionH>
            <wp:positionV relativeFrom="page">
              <wp:posOffset>355600</wp:posOffset>
            </wp:positionV>
            <wp:extent cx="6858000" cy="10336530"/>
            <wp:wrapNone/>
            <wp:docPr id="87" name="Picture 8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033653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sectPr>
          <w:pgSz w:w="11899" w:h="16838"/>
          <w:pgMar w:top="682" w:right="1194" w:bottom="1440" w:left="1800" w:header="720" w:footer="720" w:gutter="0"/>
          <w:cols w:num="1" w:equalWidth="0">
            <w:col w:w="8906" w:space="0"/>
          </w:cols>
          <w:docGrid w:linePitch="360"/>
        </w:sectPr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920.0" w:type="dxa"/>
      </w:tblPr>
      <w:tblGrid>
        <w:gridCol w:w="3280"/>
        <w:gridCol w:w="1740"/>
        <w:gridCol w:w="1940"/>
      </w:tblGrid>
      <w:tr>
        <w:trPr>
          <w:trHeight w:hRule="exact" w:val="712"/>
        </w:trPr>
        <w:tc>
          <w:tcPr>
            <w:tcW w:type="dxa" w:w="32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540" w:lineRule="exact" w:before="0" w:after="0"/>
              <w:ind w:left="0" w:right="752" w:firstLine="0"/>
              <w:jc w:val="right"/>
            </w:pPr>
            <w:r>
              <w:rPr>
                <w:rFonts w:ascii="Times New Roman" w:hAnsi="Times New Roman" w:eastAsia="Times New Roman"/>
                <w:b w:val="0"/>
                <w:i w:val="0"/>
                <w:color w:val="999999"/>
                <w:sz w:val="48"/>
              </w:rPr>
              <w:t>34</w:t>
            </w:r>
          </w:p>
        </w:tc>
        <w:tc>
          <w:tcPr>
            <w:tcW w:type="dxa" w:w="17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2" w:lineRule="exact" w:before="376" w:after="0"/>
              <w:ind w:left="0" w:right="486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6699"/>
                <w:sz w:val="24"/>
              </w:rPr>
              <w:t>登录</w:t>
            </w:r>
          </w:p>
        </w:tc>
        <w:tc>
          <w:tcPr>
            <w:tcW w:type="dxa" w:w="19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396" w:lineRule="exact" w:before="316" w:after="0"/>
              <w:ind w:left="0" w:right="0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FFFF"/>
                <w:sz w:val="34"/>
              </w:rPr>
              <w:t>下载 App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800100</wp:posOffset>
            </wp:positionH>
            <wp:positionV relativeFrom="page">
              <wp:posOffset>2296160</wp:posOffset>
            </wp:positionV>
            <wp:extent cx="5971540" cy="7980680"/>
            <wp:wrapNone/>
            <wp:docPr id="88" name="Picture 8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5971540" cy="798068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685800</wp:posOffset>
            </wp:positionH>
            <wp:positionV relativeFrom="page">
              <wp:posOffset>485140</wp:posOffset>
            </wp:positionV>
            <wp:extent cx="1209039" cy="553719"/>
            <wp:wrapNone/>
            <wp:docPr id="89" name="Picture 8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09039" cy="553719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355600</wp:posOffset>
            </wp:positionH>
            <wp:positionV relativeFrom="page">
              <wp:posOffset>355600</wp:posOffset>
            </wp:positionV>
            <wp:extent cx="6858000" cy="10336530"/>
            <wp:wrapNone/>
            <wp:docPr id="90" name="Picture 9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033653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sectPr>
          <w:pgSz w:w="11899" w:h="16838"/>
          <w:pgMar w:top="682" w:right="1194" w:bottom="1440" w:left="1800" w:header="720" w:footer="720" w:gutter="0"/>
          <w:cols w:num="1" w:equalWidth="0">
            <w:col w:w="8906" w:space="0"/>
          </w:cols>
          <w:docGrid w:linePitch="360"/>
        </w:sectPr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940.0" w:type="dxa"/>
      </w:tblPr>
      <w:tblGrid>
        <w:gridCol w:w="3260"/>
        <w:gridCol w:w="1740"/>
        <w:gridCol w:w="1940"/>
      </w:tblGrid>
      <w:tr>
        <w:trPr>
          <w:trHeight w:hRule="exact" w:val="712"/>
        </w:trPr>
        <w:tc>
          <w:tcPr>
            <w:tcW w:type="dxa" w:w="32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538" w:lineRule="exact" w:before="0" w:after="0"/>
              <w:ind w:left="0" w:right="760" w:firstLine="0"/>
              <w:jc w:val="right"/>
            </w:pPr>
            <w:r>
              <w:rPr>
                <w:rFonts w:ascii="Times New Roman" w:hAnsi="Times New Roman" w:eastAsia="Times New Roman"/>
                <w:b w:val="0"/>
                <w:i w:val="0"/>
                <w:color w:val="999999"/>
                <w:sz w:val="48"/>
              </w:rPr>
              <w:t>35</w:t>
            </w:r>
          </w:p>
        </w:tc>
        <w:tc>
          <w:tcPr>
            <w:tcW w:type="dxa" w:w="17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2" w:lineRule="exact" w:before="376" w:after="0"/>
              <w:ind w:left="0" w:right="486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6699"/>
                <w:sz w:val="24"/>
              </w:rPr>
              <w:t>登录</w:t>
            </w:r>
          </w:p>
        </w:tc>
        <w:tc>
          <w:tcPr>
            <w:tcW w:type="dxa" w:w="19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396" w:lineRule="exact" w:before="316" w:after="0"/>
              <w:ind w:left="0" w:right="0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FFFF"/>
                <w:sz w:val="34"/>
              </w:rPr>
              <w:t>下载 App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800100</wp:posOffset>
            </wp:positionH>
            <wp:positionV relativeFrom="page">
              <wp:posOffset>2296160</wp:posOffset>
            </wp:positionV>
            <wp:extent cx="5971540" cy="7980680"/>
            <wp:wrapNone/>
            <wp:docPr id="91" name="Picture 9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5971540" cy="798068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685800</wp:posOffset>
            </wp:positionH>
            <wp:positionV relativeFrom="page">
              <wp:posOffset>485140</wp:posOffset>
            </wp:positionV>
            <wp:extent cx="1209039" cy="553719"/>
            <wp:wrapNone/>
            <wp:docPr id="92" name="Picture 9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09039" cy="553719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355600</wp:posOffset>
            </wp:positionH>
            <wp:positionV relativeFrom="page">
              <wp:posOffset>355600</wp:posOffset>
            </wp:positionV>
            <wp:extent cx="6858000" cy="10336530"/>
            <wp:wrapNone/>
            <wp:docPr id="93" name="Picture 9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033653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sectPr>
          <w:pgSz w:w="11899" w:h="16838"/>
          <w:pgMar w:top="682" w:right="1194" w:bottom="1440" w:left="1800" w:header="720" w:footer="720" w:gutter="0"/>
          <w:cols w:num="1" w:equalWidth="0">
            <w:col w:w="8906" w:space="0"/>
          </w:cols>
          <w:docGrid w:linePitch="360"/>
        </w:sectPr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940.0" w:type="dxa"/>
      </w:tblPr>
      <w:tblGrid>
        <w:gridCol w:w="3260"/>
        <w:gridCol w:w="1740"/>
        <w:gridCol w:w="1940"/>
      </w:tblGrid>
      <w:tr>
        <w:trPr>
          <w:trHeight w:hRule="exact" w:val="712"/>
        </w:trPr>
        <w:tc>
          <w:tcPr>
            <w:tcW w:type="dxa" w:w="32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538" w:lineRule="exact" w:before="0" w:after="0"/>
              <w:ind w:left="0" w:right="756" w:firstLine="0"/>
              <w:jc w:val="right"/>
            </w:pPr>
            <w:r>
              <w:rPr>
                <w:rFonts w:ascii="Times New Roman" w:hAnsi="Times New Roman" w:eastAsia="Times New Roman"/>
                <w:b w:val="0"/>
                <w:i w:val="0"/>
                <w:color w:val="999999"/>
                <w:sz w:val="48"/>
              </w:rPr>
              <w:t>36</w:t>
            </w:r>
          </w:p>
        </w:tc>
        <w:tc>
          <w:tcPr>
            <w:tcW w:type="dxa" w:w="17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2" w:lineRule="exact" w:before="376" w:after="0"/>
              <w:ind w:left="0" w:right="486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6699"/>
                <w:sz w:val="24"/>
              </w:rPr>
              <w:t>登录</w:t>
            </w:r>
          </w:p>
        </w:tc>
        <w:tc>
          <w:tcPr>
            <w:tcW w:type="dxa" w:w="19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396" w:lineRule="exact" w:before="316" w:after="0"/>
              <w:ind w:left="0" w:right="0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FFFF"/>
                <w:sz w:val="34"/>
              </w:rPr>
              <w:t>下载 App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800100</wp:posOffset>
            </wp:positionH>
            <wp:positionV relativeFrom="page">
              <wp:posOffset>2296160</wp:posOffset>
            </wp:positionV>
            <wp:extent cx="5971540" cy="7980680"/>
            <wp:wrapNone/>
            <wp:docPr id="94" name="Picture 9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5971540" cy="798068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685800</wp:posOffset>
            </wp:positionH>
            <wp:positionV relativeFrom="page">
              <wp:posOffset>485140</wp:posOffset>
            </wp:positionV>
            <wp:extent cx="1209039" cy="553719"/>
            <wp:wrapNone/>
            <wp:docPr id="95" name="Picture 9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09039" cy="553719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355600</wp:posOffset>
            </wp:positionH>
            <wp:positionV relativeFrom="page">
              <wp:posOffset>355600</wp:posOffset>
            </wp:positionV>
            <wp:extent cx="6858000" cy="10336530"/>
            <wp:wrapNone/>
            <wp:docPr id="96" name="Picture 9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033653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sectPr>
          <w:pgSz w:w="11899" w:h="16838"/>
          <w:pgMar w:top="682" w:right="1194" w:bottom="1440" w:left="1800" w:header="720" w:footer="720" w:gutter="0"/>
          <w:cols w:num="1" w:equalWidth="0">
            <w:col w:w="8906" w:space="0"/>
          </w:cols>
          <w:docGrid w:linePitch="360"/>
        </w:sectPr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940.0" w:type="dxa"/>
      </w:tblPr>
      <w:tblGrid>
        <w:gridCol w:w="3260"/>
        <w:gridCol w:w="1740"/>
        <w:gridCol w:w="1940"/>
      </w:tblGrid>
      <w:tr>
        <w:trPr>
          <w:trHeight w:hRule="exact" w:val="712"/>
        </w:trPr>
        <w:tc>
          <w:tcPr>
            <w:tcW w:type="dxa" w:w="32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540" w:lineRule="exact" w:before="0" w:after="0"/>
              <w:ind w:left="0" w:right="764" w:firstLine="0"/>
              <w:jc w:val="right"/>
            </w:pPr>
            <w:r>
              <w:rPr>
                <w:rFonts w:ascii="Times New Roman" w:hAnsi="Times New Roman" w:eastAsia="Times New Roman"/>
                <w:b w:val="0"/>
                <w:i w:val="0"/>
                <w:color w:val="999999"/>
                <w:sz w:val="48"/>
              </w:rPr>
              <w:t>37</w:t>
            </w:r>
          </w:p>
        </w:tc>
        <w:tc>
          <w:tcPr>
            <w:tcW w:type="dxa" w:w="17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2" w:lineRule="exact" w:before="376" w:after="0"/>
              <w:ind w:left="0" w:right="486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6699"/>
                <w:sz w:val="24"/>
              </w:rPr>
              <w:t>登录</w:t>
            </w:r>
          </w:p>
        </w:tc>
        <w:tc>
          <w:tcPr>
            <w:tcW w:type="dxa" w:w="19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396" w:lineRule="exact" w:before="316" w:after="0"/>
              <w:ind w:left="0" w:right="0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FFFF"/>
                <w:sz w:val="34"/>
              </w:rPr>
              <w:t>下载 App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800100</wp:posOffset>
            </wp:positionH>
            <wp:positionV relativeFrom="page">
              <wp:posOffset>2296160</wp:posOffset>
            </wp:positionV>
            <wp:extent cx="5971540" cy="7980680"/>
            <wp:wrapNone/>
            <wp:docPr id="97" name="Picture 9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5971540" cy="798068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685800</wp:posOffset>
            </wp:positionH>
            <wp:positionV relativeFrom="page">
              <wp:posOffset>485140</wp:posOffset>
            </wp:positionV>
            <wp:extent cx="1209039" cy="553719"/>
            <wp:wrapNone/>
            <wp:docPr id="98" name="Picture 9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09039" cy="553719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355600</wp:posOffset>
            </wp:positionH>
            <wp:positionV relativeFrom="page">
              <wp:posOffset>355600</wp:posOffset>
            </wp:positionV>
            <wp:extent cx="6858000" cy="10336530"/>
            <wp:wrapNone/>
            <wp:docPr id="99" name="Picture 9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033653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sectPr>
          <w:pgSz w:w="11899" w:h="16838"/>
          <w:pgMar w:top="682" w:right="1194" w:bottom="1440" w:left="1800" w:header="720" w:footer="720" w:gutter="0"/>
          <w:cols w:num="1" w:equalWidth="0">
            <w:col w:w="8906" w:space="0"/>
          </w:cols>
          <w:docGrid w:linePitch="360"/>
        </w:sectPr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940.0" w:type="dxa"/>
      </w:tblPr>
      <w:tblGrid>
        <w:gridCol w:w="3260"/>
        <w:gridCol w:w="1740"/>
        <w:gridCol w:w="1940"/>
      </w:tblGrid>
      <w:tr>
        <w:trPr>
          <w:trHeight w:hRule="exact" w:val="712"/>
        </w:trPr>
        <w:tc>
          <w:tcPr>
            <w:tcW w:type="dxa" w:w="32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540" w:lineRule="exact" w:before="0" w:after="0"/>
              <w:ind w:left="0" w:right="756" w:firstLine="0"/>
              <w:jc w:val="right"/>
            </w:pPr>
            <w:r>
              <w:rPr>
                <w:rFonts w:ascii="Times New Roman" w:hAnsi="Times New Roman" w:eastAsia="Times New Roman"/>
                <w:b w:val="0"/>
                <w:i w:val="0"/>
                <w:color w:val="999999"/>
                <w:sz w:val="48"/>
              </w:rPr>
              <w:t>38</w:t>
            </w:r>
          </w:p>
        </w:tc>
        <w:tc>
          <w:tcPr>
            <w:tcW w:type="dxa" w:w="17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2" w:lineRule="exact" w:before="376" w:after="0"/>
              <w:ind w:left="0" w:right="486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6699"/>
                <w:sz w:val="24"/>
              </w:rPr>
              <w:t>登录</w:t>
            </w:r>
          </w:p>
        </w:tc>
        <w:tc>
          <w:tcPr>
            <w:tcW w:type="dxa" w:w="19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396" w:lineRule="exact" w:before="316" w:after="0"/>
              <w:ind w:left="0" w:right="0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FFFF"/>
                <w:sz w:val="34"/>
              </w:rPr>
              <w:t>下载 App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800100</wp:posOffset>
            </wp:positionH>
            <wp:positionV relativeFrom="page">
              <wp:posOffset>2296160</wp:posOffset>
            </wp:positionV>
            <wp:extent cx="5971540" cy="7980680"/>
            <wp:wrapNone/>
            <wp:docPr id="100" name="Picture 10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5971540" cy="798068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685800</wp:posOffset>
            </wp:positionH>
            <wp:positionV relativeFrom="page">
              <wp:posOffset>485140</wp:posOffset>
            </wp:positionV>
            <wp:extent cx="1209039" cy="553719"/>
            <wp:wrapNone/>
            <wp:docPr id="101" name="Picture 10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09039" cy="553719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355600</wp:posOffset>
            </wp:positionH>
            <wp:positionV relativeFrom="page">
              <wp:posOffset>355600</wp:posOffset>
            </wp:positionV>
            <wp:extent cx="6858000" cy="10336530"/>
            <wp:wrapNone/>
            <wp:docPr id="102" name="Picture 10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033653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sectPr>
          <w:pgSz w:w="11899" w:h="16838"/>
          <w:pgMar w:top="682" w:right="1194" w:bottom="1440" w:left="1800" w:header="720" w:footer="720" w:gutter="0"/>
          <w:cols w:num="1" w:equalWidth="0">
            <w:col w:w="8906" w:space="0"/>
          </w:cols>
          <w:docGrid w:linePitch="360"/>
        </w:sectPr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940.0" w:type="dxa"/>
      </w:tblPr>
      <w:tblGrid>
        <w:gridCol w:w="3260"/>
        <w:gridCol w:w="1740"/>
        <w:gridCol w:w="1940"/>
      </w:tblGrid>
      <w:tr>
        <w:trPr>
          <w:trHeight w:hRule="exact" w:val="712"/>
        </w:trPr>
        <w:tc>
          <w:tcPr>
            <w:tcW w:type="dxa" w:w="32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542" w:lineRule="exact" w:before="0" w:after="0"/>
              <w:ind w:left="0" w:right="756" w:firstLine="0"/>
              <w:jc w:val="right"/>
            </w:pPr>
            <w:r>
              <w:rPr>
                <w:rFonts w:ascii="Times New Roman" w:hAnsi="Times New Roman" w:eastAsia="Times New Roman"/>
                <w:b w:val="0"/>
                <w:i w:val="0"/>
                <w:color w:val="999999"/>
                <w:sz w:val="48"/>
              </w:rPr>
              <w:t>39</w:t>
            </w:r>
          </w:p>
        </w:tc>
        <w:tc>
          <w:tcPr>
            <w:tcW w:type="dxa" w:w="17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2" w:lineRule="exact" w:before="376" w:after="0"/>
              <w:ind w:left="0" w:right="486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6699"/>
                <w:sz w:val="24"/>
              </w:rPr>
              <w:t>登录</w:t>
            </w:r>
          </w:p>
        </w:tc>
        <w:tc>
          <w:tcPr>
            <w:tcW w:type="dxa" w:w="19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396" w:lineRule="exact" w:before="316" w:after="0"/>
              <w:ind w:left="0" w:right="0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FFFF"/>
                <w:sz w:val="34"/>
              </w:rPr>
              <w:t>下载 App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800100</wp:posOffset>
            </wp:positionH>
            <wp:positionV relativeFrom="page">
              <wp:posOffset>2296160</wp:posOffset>
            </wp:positionV>
            <wp:extent cx="5971540" cy="7980680"/>
            <wp:wrapNone/>
            <wp:docPr id="103" name="Picture 10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5971540" cy="798068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685800</wp:posOffset>
            </wp:positionH>
            <wp:positionV relativeFrom="page">
              <wp:posOffset>485140</wp:posOffset>
            </wp:positionV>
            <wp:extent cx="1209039" cy="553719"/>
            <wp:wrapNone/>
            <wp:docPr id="104" name="Picture 10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09039" cy="553719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355600</wp:posOffset>
            </wp:positionH>
            <wp:positionV relativeFrom="page">
              <wp:posOffset>355600</wp:posOffset>
            </wp:positionV>
            <wp:extent cx="6858000" cy="10336530"/>
            <wp:wrapNone/>
            <wp:docPr id="105" name="Picture 10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033653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sectPr>
          <w:pgSz w:w="11899" w:h="16838"/>
          <w:pgMar w:top="682" w:right="1194" w:bottom="1440" w:left="1800" w:header="720" w:footer="720" w:gutter="0"/>
          <w:cols w:num="1" w:equalWidth="0">
            <w:col w:w="8906" w:space="0"/>
          </w:cols>
          <w:docGrid w:linePitch="360"/>
        </w:sectPr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920.0" w:type="dxa"/>
      </w:tblPr>
      <w:tblGrid>
        <w:gridCol w:w="3280"/>
        <w:gridCol w:w="1740"/>
        <w:gridCol w:w="1940"/>
      </w:tblGrid>
      <w:tr>
        <w:trPr>
          <w:trHeight w:hRule="exact" w:val="712"/>
        </w:trPr>
        <w:tc>
          <w:tcPr>
            <w:tcW w:type="dxa" w:w="32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540" w:lineRule="exact" w:before="0" w:after="0"/>
              <w:ind w:left="0" w:right="740" w:firstLine="0"/>
              <w:jc w:val="right"/>
            </w:pPr>
            <w:r>
              <w:rPr>
                <w:rFonts w:ascii="Times New Roman" w:hAnsi="Times New Roman" w:eastAsia="Times New Roman"/>
                <w:b w:val="0"/>
                <w:i w:val="0"/>
                <w:color w:val="999999"/>
                <w:sz w:val="48"/>
              </w:rPr>
              <w:t>40</w:t>
            </w:r>
          </w:p>
        </w:tc>
        <w:tc>
          <w:tcPr>
            <w:tcW w:type="dxa" w:w="17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2" w:lineRule="exact" w:before="376" w:after="0"/>
              <w:ind w:left="0" w:right="486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6699"/>
                <w:sz w:val="24"/>
              </w:rPr>
              <w:t>登录</w:t>
            </w:r>
          </w:p>
        </w:tc>
        <w:tc>
          <w:tcPr>
            <w:tcW w:type="dxa" w:w="19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396" w:lineRule="exact" w:before="316" w:after="0"/>
              <w:ind w:left="0" w:right="0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FFFF"/>
                <w:sz w:val="34"/>
              </w:rPr>
              <w:t>下载 App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800100</wp:posOffset>
            </wp:positionH>
            <wp:positionV relativeFrom="page">
              <wp:posOffset>2296160</wp:posOffset>
            </wp:positionV>
            <wp:extent cx="5971540" cy="7980680"/>
            <wp:wrapNone/>
            <wp:docPr id="106" name="Picture 10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5971540" cy="798068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685800</wp:posOffset>
            </wp:positionH>
            <wp:positionV relativeFrom="page">
              <wp:posOffset>485140</wp:posOffset>
            </wp:positionV>
            <wp:extent cx="1209039" cy="553719"/>
            <wp:wrapNone/>
            <wp:docPr id="107" name="Picture 10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09039" cy="553719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355600</wp:posOffset>
            </wp:positionH>
            <wp:positionV relativeFrom="page">
              <wp:posOffset>355600</wp:posOffset>
            </wp:positionV>
            <wp:extent cx="6858000" cy="10336530"/>
            <wp:wrapNone/>
            <wp:docPr id="108" name="Picture 10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033653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sectPr>
          <w:pgSz w:w="11899" w:h="16838"/>
          <w:pgMar w:top="682" w:right="1194" w:bottom="1440" w:left="1800" w:header="720" w:footer="720" w:gutter="0"/>
          <w:cols w:num="1" w:equalWidth="0">
            <w:col w:w="8906" w:space="0"/>
          </w:cols>
          <w:docGrid w:linePitch="360"/>
        </w:sectPr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940.0" w:type="dxa"/>
      </w:tblPr>
      <w:tblGrid>
        <w:gridCol w:w="3240"/>
        <w:gridCol w:w="1760"/>
        <w:gridCol w:w="1940"/>
      </w:tblGrid>
      <w:tr>
        <w:trPr>
          <w:trHeight w:hRule="exact" w:val="712"/>
        </w:trPr>
        <w:tc>
          <w:tcPr>
            <w:tcW w:type="dxa" w:w="32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538" w:lineRule="exact" w:before="0" w:after="0"/>
              <w:ind w:left="0" w:right="756" w:firstLine="0"/>
              <w:jc w:val="right"/>
            </w:pPr>
            <w:r>
              <w:rPr>
                <w:rFonts w:ascii="Times New Roman" w:hAnsi="Times New Roman" w:eastAsia="Times New Roman"/>
                <w:b w:val="0"/>
                <w:i w:val="0"/>
                <w:color w:val="999999"/>
                <w:sz w:val="48"/>
              </w:rPr>
              <w:t>41</w:t>
            </w:r>
          </w:p>
        </w:tc>
        <w:tc>
          <w:tcPr>
            <w:tcW w:type="dxa" w:w="17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2" w:lineRule="exact" w:before="376" w:after="0"/>
              <w:ind w:left="0" w:right="486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6699"/>
                <w:sz w:val="24"/>
              </w:rPr>
              <w:t>登录</w:t>
            </w:r>
          </w:p>
        </w:tc>
        <w:tc>
          <w:tcPr>
            <w:tcW w:type="dxa" w:w="19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396" w:lineRule="exact" w:before="316" w:after="0"/>
              <w:ind w:left="0" w:right="0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FFFF"/>
                <w:sz w:val="34"/>
              </w:rPr>
              <w:t>下载 App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800100</wp:posOffset>
            </wp:positionH>
            <wp:positionV relativeFrom="page">
              <wp:posOffset>2296160</wp:posOffset>
            </wp:positionV>
            <wp:extent cx="5971540" cy="7980680"/>
            <wp:wrapNone/>
            <wp:docPr id="109" name="Picture 10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5971540" cy="798068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685800</wp:posOffset>
            </wp:positionH>
            <wp:positionV relativeFrom="page">
              <wp:posOffset>485140</wp:posOffset>
            </wp:positionV>
            <wp:extent cx="1209039" cy="553719"/>
            <wp:wrapNone/>
            <wp:docPr id="110" name="Picture 11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09039" cy="553719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355600</wp:posOffset>
            </wp:positionH>
            <wp:positionV relativeFrom="page">
              <wp:posOffset>355600</wp:posOffset>
            </wp:positionV>
            <wp:extent cx="6858000" cy="10336530"/>
            <wp:wrapNone/>
            <wp:docPr id="111" name="Picture 11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033653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sectPr>
          <w:pgSz w:w="11899" w:h="16838"/>
          <w:pgMar w:top="682" w:right="1194" w:bottom="1440" w:left="1800" w:header="720" w:footer="720" w:gutter="0"/>
          <w:cols w:num="1" w:equalWidth="0">
            <w:col w:w="8906" w:space="0"/>
          </w:cols>
          <w:docGrid w:linePitch="360"/>
        </w:sectPr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920.0" w:type="dxa"/>
      </w:tblPr>
      <w:tblGrid>
        <w:gridCol w:w="3280"/>
        <w:gridCol w:w="1740"/>
        <w:gridCol w:w="1940"/>
      </w:tblGrid>
      <w:tr>
        <w:trPr>
          <w:trHeight w:hRule="exact" w:val="712"/>
        </w:trPr>
        <w:tc>
          <w:tcPr>
            <w:tcW w:type="dxa" w:w="32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538" w:lineRule="exact" w:before="0" w:after="0"/>
              <w:ind w:left="0" w:right="752" w:firstLine="0"/>
              <w:jc w:val="right"/>
            </w:pPr>
            <w:r>
              <w:rPr>
                <w:rFonts w:ascii="Times New Roman" w:hAnsi="Times New Roman" w:eastAsia="Times New Roman"/>
                <w:b w:val="0"/>
                <w:i w:val="0"/>
                <w:color w:val="999999"/>
                <w:sz w:val="48"/>
              </w:rPr>
              <w:t>42</w:t>
            </w:r>
          </w:p>
        </w:tc>
        <w:tc>
          <w:tcPr>
            <w:tcW w:type="dxa" w:w="17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2" w:lineRule="exact" w:before="376" w:after="0"/>
              <w:ind w:left="0" w:right="486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6699"/>
                <w:sz w:val="24"/>
              </w:rPr>
              <w:t>登录</w:t>
            </w:r>
          </w:p>
        </w:tc>
        <w:tc>
          <w:tcPr>
            <w:tcW w:type="dxa" w:w="19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396" w:lineRule="exact" w:before="316" w:after="0"/>
              <w:ind w:left="0" w:right="0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FFFF"/>
                <w:sz w:val="34"/>
              </w:rPr>
              <w:t>下载 App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800100</wp:posOffset>
            </wp:positionH>
            <wp:positionV relativeFrom="page">
              <wp:posOffset>2296160</wp:posOffset>
            </wp:positionV>
            <wp:extent cx="5971540" cy="7980680"/>
            <wp:wrapNone/>
            <wp:docPr id="112" name="Picture 11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5971540" cy="798068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685800</wp:posOffset>
            </wp:positionH>
            <wp:positionV relativeFrom="page">
              <wp:posOffset>485140</wp:posOffset>
            </wp:positionV>
            <wp:extent cx="1209039" cy="553719"/>
            <wp:wrapNone/>
            <wp:docPr id="113" name="Picture 11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09039" cy="553719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355600</wp:posOffset>
            </wp:positionH>
            <wp:positionV relativeFrom="page">
              <wp:posOffset>355600</wp:posOffset>
            </wp:positionV>
            <wp:extent cx="6858000" cy="10336530"/>
            <wp:wrapNone/>
            <wp:docPr id="114" name="Picture 11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033653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sectPr>
          <w:pgSz w:w="11899" w:h="16838"/>
          <w:pgMar w:top="682" w:right="1194" w:bottom="1440" w:left="1800" w:header="720" w:footer="720" w:gutter="0"/>
          <w:cols w:num="1" w:equalWidth="0">
            <w:col w:w="8906" w:space="0"/>
          </w:cols>
          <w:docGrid w:linePitch="360"/>
        </w:sectPr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920.0" w:type="dxa"/>
      </w:tblPr>
      <w:tblGrid>
        <w:gridCol w:w="3280"/>
        <w:gridCol w:w="1740"/>
        <w:gridCol w:w="1940"/>
      </w:tblGrid>
      <w:tr>
        <w:trPr>
          <w:trHeight w:hRule="exact" w:val="712"/>
        </w:trPr>
        <w:tc>
          <w:tcPr>
            <w:tcW w:type="dxa" w:w="32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540" w:lineRule="exact" w:before="0" w:after="0"/>
              <w:ind w:left="0" w:right="752" w:firstLine="0"/>
              <w:jc w:val="right"/>
            </w:pPr>
            <w:r>
              <w:rPr>
                <w:rFonts w:ascii="Times New Roman" w:hAnsi="Times New Roman" w:eastAsia="Times New Roman"/>
                <w:b w:val="0"/>
                <w:i w:val="0"/>
                <w:color w:val="999999"/>
                <w:sz w:val="48"/>
              </w:rPr>
              <w:t>43</w:t>
            </w:r>
          </w:p>
        </w:tc>
        <w:tc>
          <w:tcPr>
            <w:tcW w:type="dxa" w:w="17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2" w:lineRule="exact" w:before="376" w:after="0"/>
              <w:ind w:left="0" w:right="486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6699"/>
                <w:sz w:val="24"/>
              </w:rPr>
              <w:t>登录</w:t>
            </w:r>
          </w:p>
        </w:tc>
        <w:tc>
          <w:tcPr>
            <w:tcW w:type="dxa" w:w="19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396" w:lineRule="exact" w:before="316" w:after="0"/>
              <w:ind w:left="0" w:right="0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FFFF"/>
                <w:sz w:val="34"/>
              </w:rPr>
              <w:t>下载 App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800100</wp:posOffset>
            </wp:positionH>
            <wp:positionV relativeFrom="page">
              <wp:posOffset>2296160</wp:posOffset>
            </wp:positionV>
            <wp:extent cx="5971540" cy="7980680"/>
            <wp:wrapNone/>
            <wp:docPr id="115" name="Picture 11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5971540" cy="798068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685800</wp:posOffset>
            </wp:positionH>
            <wp:positionV relativeFrom="page">
              <wp:posOffset>485140</wp:posOffset>
            </wp:positionV>
            <wp:extent cx="1209039" cy="553719"/>
            <wp:wrapNone/>
            <wp:docPr id="116" name="Picture 11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09039" cy="553719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355600</wp:posOffset>
            </wp:positionH>
            <wp:positionV relativeFrom="page">
              <wp:posOffset>355600</wp:posOffset>
            </wp:positionV>
            <wp:extent cx="6858000" cy="10336530"/>
            <wp:wrapNone/>
            <wp:docPr id="117" name="Picture 11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100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033653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sectPr>
          <w:pgSz w:w="11899" w:h="16838"/>
          <w:pgMar w:top="682" w:right="1194" w:bottom="1440" w:left="1800" w:header="720" w:footer="720" w:gutter="0"/>
          <w:cols w:num="1" w:equalWidth="0">
            <w:col w:w="8906" w:space="0"/>
          </w:cols>
          <w:docGrid w:linePitch="360"/>
        </w:sectPr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920.0" w:type="dxa"/>
      </w:tblPr>
      <w:tblGrid>
        <w:gridCol w:w="3280"/>
        <w:gridCol w:w="1740"/>
        <w:gridCol w:w="1940"/>
      </w:tblGrid>
      <w:tr>
        <w:trPr>
          <w:trHeight w:hRule="exact" w:val="712"/>
        </w:trPr>
        <w:tc>
          <w:tcPr>
            <w:tcW w:type="dxa" w:w="32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538" w:lineRule="exact" w:before="0" w:after="0"/>
              <w:ind w:left="0" w:right="740" w:firstLine="0"/>
              <w:jc w:val="right"/>
            </w:pPr>
            <w:r>
              <w:rPr>
                <w:rFonts w:ascii="Times New Roman" w:hAnsi="Times New Roman" w:eastAsia="Times New Roman"/>
                <w:b w:val="0"/>
                <w:i w:val="0"/>
                <w:color w:val="999999"/>
                <w:sz w:val="48"/>
              </w:rPr>
              <w:t>44</w:t>
            </w:r>
          </w:p>
        </w:tc>
        <w:tc>
          <w:tcPr>
            <w:tcW w:type="dxa" w:w="17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2" w:lineRule="exact" w:before="376" w:after="0"/>
              <w:ind w:left="0" w:right="486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6699"/>
                <w:sz w:val="24"/>
              </w:rPr>
              <w:t>登录</w:t>
            </w:r>
          </w:p>
        </w:tc>
        <w:tc>
          <w:tcPr>
            <w:tcW w:type="dxa" w:w="19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396" w:lineRule="exact" w:before="316" w:after="0"/>
              <w:ind w:left="0" w:right="0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FFFF"/>
                <w:sz w:val="34"/>
              </w:rPr>
              <w:t>下载 App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800100</wp:posOffset>
            </wp:positionH>
            <wp:positionV relativeFrom="page">
              <wp:posOffset>2296160</wp:posOffset>
            </wp:positionV>
            <wp:extent cx="5971540" cy="7980680"/>
            <wp:wrapNone/>
            <wp:docPr id="118" name="Picture 11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5971540" cy="798068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685800</wp:posOffset>
            </wp:positionH>
            <wp:positionV relativeFrom="page">
              <wp:posOffset>485140</wp:posOffset>
            </wp:positionV>
            <wp:extent cx="1209039" cy="553719"/>
            <wp:wrapNone/>
            <wp:docPr id="119" name="Picture 11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09039" cy="553719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355600</wp:posOffset>
            </wp:positionH>
            <wp:positionV relativeFrom="page">
              <wp:posOffset>355600</wp:posOffset>
            </wp:positionV>
            <wp:extent cx="6858000" cy="10336530"/>
            <wp:wrapNone/>
            <wp:docPr id="120" name="Picture 12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102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033653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sectPr>
          <w:pgSz w:w="11899" w:h="16838"/>
          <w:pgMar w:top="682" w:right="1194" w:bottom="1440" w:left="1800" w:header="720" w:footer="720" w:gutter="0"/>
          <w:cols w:num="1" w:equalWidth="0">
            <w:col w:w="8906" w:space="0"/>
          </w:cols>
          <w:docGrid w:linePitch="360"/>
        </w:sectPr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920.0" w:type="dxa"/>
      </w:tblPr>
      <w:tblGrid>
        <w:gridCol w:w="3280"/>
        <w:gridCol w:w="1740"/>
        <w:gridCol w:w="1940"/>
      </w:tblGrid>
      <w:tr>
        <w:trPr>
          <w:trHeight w:hRule="exact" w:val="712"/>
        </w:trPr>
        <w:tc>
          <w:tcPr>
            <w:tcW w:type="dxa" w:w="32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538" w:lineRule="exact" w:before="0" w:after="0"/>
              <w:ind w:left="0" w:right="748" w:firstLine="0"/>
              <w:jc w:val="right"/>
            </w:pPr>
            <w:r>
              <w:rPr>
                <w:rFonts w:ascii="Times New Roman" w:hAnsi="Times New Roman" w:eastAsia="Times New Roman"/>
                <w:b w:val="0"/>
                <w:i w:val="0"/>
                <w:color w:val="999999"/>
                <w:sz w:val="48"/>
              </w:rPr>
              <w:t>45</w:t>
            </w:r>
          </w:p>
        </w:tc>
        <w:tc>
          <w:tcPr>
            <w:tcW w:type="dxa" w:w="17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2" w:lineRule="exact" w:before="376" w:after="0"/>
              <w:ind w:left="0" w:right="486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6699"/>
                <w:sz w:val="24"/>
              </w:rPr>
              <w:t>登录</w:t>
            </w:r>
          </w:p>
        </w:tc>
        <w:tc>
          <w:tcPr>
            <w:tcW w:type="dxa" w:w="19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396" w:lineRule="exact" w:before="316" w:after="0"/>
              <w:ind w:left="0" w:right="0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FFFF"/>
                <w:sz w:val="34"/>
              </w:rPr>
              <w:t>下载 App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800100</wp:posOffset>
            </wp:positionH>
            <wp:positionV relativeFrom="page">
              <wp:posOffset>2296160</wp:posOffset>
            </wp:positionV>
            <wp:extent cx="5971540" cy="7980680"/>
            <wp:wrapNone/>
            <wp:docPr id="121" name="Picture 12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103"/>
                    <a:stretch>
                      <a:fillRect/>
                    </a:stretch>
                  </pic:blipFill>
                  <pic:spPr>
                    <a:xfrm>
                      <a:off x="0" y="0"/>
                      <a:ext cx="5971540" cy="798068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685800</wp:posOffset>
            </wp:positionH>
            <wp:positionV relativeFrom="page">
              <wp:posOffset>485140</wp:posOffset>
            </wp:positionV>
            <wp:extent cx="1209039" cy="553719"/>
            <wp:wrapNone/>
            <wp:docPr id="122" name="Picture 12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09039" cy="553719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355600</wp:posOffset>
            </wp:positionH>
            <wp:positionV relativeFrom="page">
              <wp:posOffset>355600</wp:posOffset>
            </wp:positionV>
            <wp:extent cx="6858000" cy="10336530"/>
            <wp:wrapNone/>
            <wp:docPr id="123" name="Picture 12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104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033653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sectPr>
          <w:pgSz w:w="11899" w:h="16838"/>
          <w:pgMar w:top="682" w:right="1194" w:bottom="1440" w:left="1800" w:header="720" w:footer="720" w:gutter="0"/>
          <w:cols w:num="1" w:equalWidth="0">
            <w:col w:w="8906" w:space="0"/>
          </w:cols>
          <w:docGrid w:linePitch="360"/>
        </w:sectPr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920.0" w:type="dxa"/>
      </w:tblPr>
      <w:tblGrid>
        <w:gridCol w:w="3280"/>
        <w:gridCol w:w="1740"/>
        <w:gridCol w:w="1940"/>
      </w:tblGrid>
      <w:tr>
        <w:trPr>
          <w:trHeight w:hRule="exact" w:val="712"/>
        </w:trPr>
        <w:tc>
          <w:tcPr>
            <w:tcW w:type="dxa" w:w="32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538" w:lineRule="exact" w:before="0" w:after="0"/>
              <w:ind w:left="0" w:right="742" w:firstLine="0"/>
              <w:jc w:val="right"/>
            </w:pPr>
            <w:r>
              <w:rPr>
                <w:rFonts w:ascii="Times New Roman" w:hAnsi="Times New Roman" w:eastAsia="Times New Roman"/>
                <w:b w:val="0"/>
                <w:i w:val="0"/>
                <w:color w:val="999999"/>
                <w:sz w:val="48"/>
              </w:rPr>
              <w:t>46</w:t>
            </w:r>
          </w:p>
        </w:tc>
        <w:tc>
          <w:tcPr>
            <w:tcW w:type="dxa" w:w="17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2" w:lineRule="exact" w:before="376" w:after="0"/>
              <w:ind w:left="0" w:right="486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6699"/>
                <w:sz w:val="24"/>
              </w:rPr>
              <w:t>登录</w:t>
            </w:r>
          </w:p>
        </w:tc>
        <w:tc>
          <w:tcPr>
            <w:tcW w:type="dxa" w:w="19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396" w:lineRule="exact" w:before="316" w:after="0"/>
              <w:ind w:left="0" w:right="0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FFFF"/>
                <w:sz w:val="34"/>
              </w:rPr>
              <w:t>下载 App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800100</wp:posOffset>
            </wp:positionH>
            <wp:positionV relativeFrom="page">
              <wp:posOffset>2296160</wp:posOffset>
            </wp:positionV>
            <wp:extent cx="5971540" cy="7980680"/>
            <wp:wrapNone/>
            <wp:docPr id="124" name="Picture 12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105"/>
                    <a:stretch>
                      <a:fillRect/>
                    </a:stretch>
                  </pic:blipFill>
                  <pic:spPr>
                    <a:xfrm>
                      <a:off x="0" y="0"/>
                      <a:ext cx="5971540" cy="798068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685800</wp:posOffset>
            </wp:positionH>
            <wp:positionV relativeFrom="page">
              <wp:posOffset>485140</wp:posOffset>
            </wp:positionV>
            <wp:extent cx="1209039" cy="553719"/>
            <wp:wrapNone/>
            <wp:docPr id="125" name="Picture 12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09039" cy="553719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355600</wp:posOffset>
            </wp:positionH>
            <wp:positionV relativeFrom="page">
              <wp:posOffset>355600</wp:posOffset>
            </wp:positionV>
            <wp:extent cx="6858000" cy="10336530"/>
            <wp:wrapNone/>
            <wp:docPr id="126" name="Picture 12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106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033653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sectPr>
          <w:pgSz w:w="11899" w:h="16838"/>
          <w:pgMar w:top="682" w:right="1194" w:bottom="1440" w:left="1800" w:header="720" w:footer="720" w:gutter="0"/>
          <w:cols w:num="1" w:equalWidth="0">
            <w:col w:w="8906" w:space="0"/>
          </w:cols>
          <w:docGrid w:linePitch="360"/>
        </w:sectPr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920.0" w:type="dxa"/>
      </w:tblPr>
      <w:tblGrid>
        <w:gridCol w:w="3280"/>
        <w:gridCol w:w="1740"/>
        <w:gridCol w:w="1940"/>
      </w:tblGrid>
      <w:tr>
        <w:trPr>
          <w:trHeight w:hRule="exact" w:val="712"/>
        </w:trPr>
        <w:tc>
          <w:tcPr>
            <w:tcW w:type="dxa" w:w="32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540" w:lineRule="exact" w:before="0" w:after="0"/>
              <w:ind w:left="0" w:right="752" w:firstLine="0"/>
              <w:jc w:val="right"/>
            </w:pPr>
            <w:r>
              <w:rPr>
                <w:rFonts w:ascii="Times New Roman" w:hAnsi="Times New Roman" w:eastAsia="Times New Roman"/>
                <w:b w:val="0"/>
                <w:i w:val="0"/>
                <w:color w:val="999999"/>
                <w:sz w:val="48"/>
              </w:rPr>
              <w:t>47</w:t>
            </w:r>
          </w:p>
        </w:tc>
        <w:tc>
          <w:tcPr>
            <w:tcW w:type="dxa" w:w="17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2" w:lineRule="exact" w:before="376" w:after="0"/>
              <w:ind w:left="0" w:right="486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6699"/>
                <w:sz w:val="24"/>
              </w:rPr>
              <w:t>登录</w:t>
            </w:r>
          </w:p>
        </w:tc>
        <w:tc>
          <w:tcPr>
            <w:tcW w:type="dxa" w:w="19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396" w:lineRule="exact" w:before="316" w:after="0"/>
              <w:ind w:left="0" w:right="0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FFFF"/>
                <w:sz w:val="34"/>
              </w:rPr>
              <w:t>下载 App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800100</wp:posOffset>
            </wp:positionH>
            <wp:positionV relativeFrom="page">
              <wp:posOffset>2296160</wp:posOffset>
            </wp:positionV>
            <wp:extent cx="5971540" cy="7980680"/>
            <wp:wrapNone/>
            <wp:docPr id="127" name="Picture 12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107"/>
                    <a:stretch>
                      <a:fillRect/>
                    </a:stretch>
                  </pic:blipFill>
                  <pic:spPr>
                    <a:xfrm>
                      <a:off x="0" y="0"/>
                      <a:ext cx="5971540" cy="798068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685800</wp:posOffset>
            </wp:positionH>
            <wp:positionV relativeFrom="page">
              <wp:posOffset>485140</wp:posOffset>
            </wp:positionV>
            <wp:extent cx="1209039" cy="553719"/>
            <wp:wrapNone/>
            <wp:docPr id="128" name="Picture 12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09039" cy="553719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355600</wp:posOffset>
            </wp:positionH>
            <wp:positionV relativeFrom="page">
              <wp:posOffset>355600</wp:posOffset>
            </wp:positionV>
            <wp:extent cx="6858000" cy="10336530"/>
            <wp:wrapNone/>
            <wp:docPr id="129" name="Picture 12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108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033653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sectPr>
          <w:pgSz w:w="11899" w:h="16838"/>
          <w:pgMar w:top="682" w:right="1194" w:bottom="1440" w:left="1800" w:header="720" w:footer="720" w:gutter="0"/>
          <w:cols w:num="1" w:equalWidth="0">
            <w:col w:w="8906" w:space="0"/>
          </w:cols>
          <w:docGrid w:linePitch="360"/>
        </w:sectPr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920.0" w:type="dxa"/>
      </w:tblPr>
      <w:tblGrid>
        <w:gridCol w:w="3280"/>
        <w:gridCol w:w="1740"/>
        <w:gridCol w:w="1940"/>
      </w:tblGrid>
      <w:tr>
        <w:trPr>
          <w:trHeight w:hRule="exact" w:val="712"/>
        </w:trPr>
        <w:tc>
          <w:tcPr>
            <w:tcW w:type="dxa" w:w="32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540" w:lineRule="exact" w:before="0" w:after="0"/>
              <w:ind w:left="0" w:right="744" w:firstLine="0"/>
              <w:jc w:val="right"/>
            </w:pPr>
            <w:r>
              <w:rPr>
                <w:rFonts w:ascii="Times New Roman" w:hAnsi="Times New Roman" w:eastAsia="Times New Roman"/>
                <w:b w:val="0"/>
                <w:i w:val="0"/>
                <w:color w:val="999999"/>
                <w:sz w:val="48"/>
              </w:rPr>
              <w:t>48</w:t>
            </w:r>
          </w:p>
        </w:tc>
        <w:tc>
          <w:tcPr>
            <w:tcW w:type="dxa" w:w="17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2" w:lineRule="exact" w:before="376" w:after="0"/>
              <w:ind w:left="0" w:right="486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6699"/>
                <w:sz w:val="24"/>
              </w:rPr>
              <w:t>登录</w:t>
            </w:r>
          </w:p>
        </w:tc>
        <w:tc>
          <w:tcPr>
            <w:tcW w:type="dxa" w:w="19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396" w:lineRule="exact" w:before="316" w:after="0"/>
              <w:ind w:left="0" w:right="0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FFFF"/>
                <w:sz w:val="34"/>
              </w:rPr>
              <w:t>下载 App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800100</wp:posOffset>
            </wp:positionH>
            <wp:positionV relativeFrom="page">
              <wp:posOffset>2296160</wp:posOffset>
            </wp:positionV>
            <wp:extent cx="5971540" cy="7980680"/>
            <wp:wrapNone/>
            <wp:docPr id="130" name="Picture 13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109"/>
                    <a:stretch>
                      <a:fillRect/>
                    </a:stretch>
                  </pic:blipFill>
                  <pic:spPr>
                    <a:xfrm>
                      <a:off x="0" y="0"/>
                      <a:ext cx="5971540" cy="798068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685800</wp:posOffset>
            </wp:positionH>
            <wp:positionV relativeFrom="page">
              <wp:posOffset>485140</wp:posOffset>
            </wp:positionV>
            <wp:extent cx="1209039" cy="553719"/>
            <wp:wrapNone/>
            <wp:docPr id="131" name="Picture 13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09039" cy="553719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355600</wp:posOffset>
            </wp:positionH>
            <wp:positionV relativeFrom="page">
              <wp:posOffset>355600</wp:posOffset>
            </wp:positionV>
            <wp:extent cx="6858000" cy="10336530"/>
            <wp:wrapNone/>
            <wp:docPr id="132" name="Picture 13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110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033653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sectPr>
          <w:pgSz w:w="11899" w:h="16838"/>
          <w:pgMar w:top="682" w:right="1194" w:bottom="1440" w:left="1800" w:header="720" w:footer="720" w:gutter="0"/>
          <w:cols w:num="1" w:equalWidth="0">
            <w:col w:w="8906" w:space="0"/>
          </w:cols>
          <w:docGrid w:linePitch="360"/>
        </w:sectPr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920.0" w:type="dxa"/>
      </w:tblPr>
      <w:tblGrid>
        <w:gridCol w:w="3280"/>
        <w:gridCol w:w="1740"/>
        <w:gridCol w:w="1940"/>
      </w:tblGrid>
      <w:tr>
        <w:trPr>
          <w:trHeight w:hRule="exact" w:val="712"/>
        </w:trPr>
        <w:tc>
          <w:tcPr>
            <w:tcW w:type="dxa" w:w="32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542" w:lineRule="exact" w:before="0" w:after="0"/>
              <w:ind w:left="0" w:right="742" w:firstLine="0"/>
              <w:jc w:val="right"/>
            </w:pPr>
            <w:r>
              <w:rPr>
                <w:rFonts w:ascii="Times New Roman" w:hAnsi="Times New Roman" w:eastAsia="Times New Roman"/>
                <w:b w:val="0"/>
                <w:i w:val="0"/>
                <w:color w:val="999999"/>
                <w:sz w:val="48"/>
              </w:rPr>
              <w:t>49</w:t>
            </w:r>
          </w:p>
        </w:tc>
        <w:tc>
          <w:tcPr>
            <w:tcW w:type="dxa" w:w="17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2" w:lineRule="exact" w:before="376" w:after="0"/>
              <w:ind w:left="0" w:right="486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6699"/>
                <w:sz w:val="24"/>
              </w:rPr>
              <w:t>登录</w:t>
            </w:r>
          </w:p>
        </w:tc>
        <w:tc>
          <w:tcPr>
            <w:tcW w:type="dxa" w:w="19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396" w:lineRule="exact" w:before="316" w:after="0"/>
              <w:ind w:left="0" w:right="0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FFFF"/>
                <w:sz w:val="34"/>
              </w:rPr>
              <w:t>下载 App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800100</wp:posOffset>
            </wp:positionH>
            <wp:positionV relativeFrom="page">
              <wp:posOffset>2296160</wp:posOffset>
            </wp:positionV>
            <wp:extent cx="5971540" cy="7980680"/>
            <wp:wrapNone/>
            <wp:docPr id="133" name="Picture 13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111"/>
                    <a:stretch>
                      <a:fillRect/>
                    </a:stretch>
                  </pic:blipFill>
                  <pic:spPr>
                    <a:xfrm>
                      <a:off x="0" y="0"/>
                      <a:ext cx="5971540" cy="798068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685800</wp:posOffset>
            </wp:positionH>
            <wp:positionV relativeFrom="page">
              <wp:posOffset>485140</wp:posOffset>
            </wp:positionV>
            <wp:extent cx="1209039" cy="553719"/>
            <wp:wrapNone/>
            <wp:docPr id="134" name="Picture 13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09039" cy="553719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355600</wp:posOffset>
            </wp:positionH>
            <wp:positionV relativeFrom="page">
              <wp:posOffset>355600</wp:posOffset>
            </wp:positionV>
            <wp:extent cx="6858000" cy="10336530"/>
            <wp:wrapNone/>
            <wp:docPr id="135" name="Picture 13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112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033653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sectPr>
          <w:pgSz w:w="11899" w:h="16838"/>
          <w:pgMar w:top="682" w:right="1194" w:bottom="1440" w:left="1800" w:header="720" w:footer="720" w:gutter="0"/>
          <w:cols w:num="1" w:equalWidth="0">
            <w:col w:w="8906" w:space="0"/>
          </w:cols>
          <w:docGrid w:linePitch="360"/>
        </w:sectPr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920.0" w:type="dxa"/>
      </w:tblPr>
      <w:tblGrid>
        <w:gridCol w:w="3280"/>
        <w:gridCol w:w="1740"/>
        <w:gridCol w:w="1940"/>
      </w:tblGrid>
      <w:tr>
        <w:trPr>
          <w:trHeight w:hRule="exact" w:val="712"/>
        </w:trPr>
        <w:tc>
          <w:tcPr>
            <w:tcW w:type="dxa" w:w="32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538" w:lineRule="exact" w:before="0" w:after="0"/>
              <w:ind w:left="0" w:right="748" w:firstLine="0"/>
              <w:jc w:val="right"/>
            </w:pPr>
            <w:r>
              <w:rPr>
                <w:rFonts w:ascii="Times New Roman" w:hAnsi="Times New Roman" w:eastAsia="Times New Roman"/>
                <w:b w:val="0"/>
                <w:i w:val="0"/>
                <w:color w:val="999999"/>
                <w:sz w:val="48"/>
              </w:rPr>
              <w:t>50</w:t>
            </w:r>
          </w:p>
        </w:tc>
        <w:tc>
          <w:tcPr>
            <w:tcW w:type="dxa" w:w="17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2" w:lineRule="exact" w:before="376" w:after="0"/>
              <w:ind w:left="0" w:right="486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6699"/>
                <w:sz w:val="24"/>
              </w:rPr>
              <w:t>登录</w:t>
            </w:r>
          </w:p>
        </w:tc>
        <w:tc>
          <w:tcPr>
            <w:tcW w:type="dxa" w:w="19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396" w:lineRule="exact" w:before="316" w:after="0"/>
              <w:ind w:left="0" w:right="0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FFFF"/>
                <w:sz w:val="34"/>
              </w:rPr>
              <w:t>下载 App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800100</wp:posOffset>
            </wp:positionH>
            <wp:positionV relativeFrom="page">
              <wp:posOffset>2296160</wp:posOffset>
            </wp:positionV>
            <wp:extent cx="5971540" cy="7980680"/>
            <wp:wrapNone/>
            <wp:docPr id="136" name="Picture 13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113"/>
                    <a:stretch>
                      <a:fillRect/>
                    </a:stretch>
                  </pic:blipFill>
                  <pic:spPr>
                    <a:xfrm>
                      <a:off x="0" y="0"/>
                      <a:ext cx="5971540" cy="798068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685800</wp:posOffset>
            </wp:positionH>
            <wp:positionV relativeFrom="page">
              <wp:posOffset>485140</wp:posOffset>
            </wp:positionV>
            <wp:extent cx="1209039" cy="553719"/>
            <wp:wrapNone/>
            <wp:docPr id="137" name="Picture 13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09039" cy="553719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355600</wp:posOffset>
            </wp:positionH>
            <wp:positionV relativeFrom="page">
              <wp:posOffset>355600</wp:posOffset>
            </wp:positionV>
            <wp:extent cx="6858000" cy="10336530"/>
            <wp:wrapNone/>
            <wp:docPr id="138" name="Picture 13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114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033653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sectPr>
          <w:pgSz w:w="11899" w:h="16838"/>
          <w:pgMar w:top="682" w:right="1194" w:bottom="1440" w:left="1800" w:header="720" w:footer="720" w:gutter="0"/>
          <w:cols w:num="1" w:equalWidth="0">
            <w:col w:w="8906" w:space="0"/>
          </w:cols>
          <w:docGrid w:linePitch="360"/>
        </w:sectPr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940.0" w:type="dxa"/>
      </w:tblPr>
      <w:tblGrid>
        <w:gridCol w:w="3240"/>
        <w:gridCol w:w="1760"/>
        <w:gridCol w:w="1940"/>
      </w:tblGrid>
      <w:tr>
        <w:trPr>
          <w:trHeight w:hRule="exact" w:val="712"/>
        </w:trPr>
        <w:tc>
          <w:tcPr>
            <w:tcW w:type="dxa" w:w="32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538" w:lineRule="exact" w:before="0" w:after="0"/>
              <w:ind w:left="0" w:right="764" w:firstLine="0"/>
              <w:jc w:val="right"/>
            </w:pPr>
            <w:r>
              <w:rPr>
                <w:rFonts w:ascii="Times New Roman" w:hAnsi="Times New Roman" w:eastAsia="Times New Roman"/>
                <w:b w:val="0"/>
                <w:i w:val="0"/>
                <w:color w:val="999999"/>
                <w:sz w:val="48"/>
              </w:rPr>
              <w:t>51</w:t>
            </w:r>
          </w:p>
        </w:tc>
        <w:tc>
          <w:tcPr>
            <w:tcW w:type="dxa" w:w="17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2" w:lineRule="exact" w:before="376" w:after="0"/>
              <w:ind w:left="0" w:right="486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6699"/>
                <w:sz w:val="24"/>
              </w:rPr>
              <w:t>登录</w:t>
            </w:r>
          </w:p>
        </w:tc>
        <w:tc>
          <w:tcPr>
            <w:tcW w:type="dxa" w:w="19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396" w:lineRule="exact" w:before="316" w:after="0"/>
              <w:ind w:left="0" w:right="0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FFFF"/>
                <w:sz w:val="34"/>
              </w:rPr>
              <w:t>下载 App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800100</wp:posOffset>
            </wp:positionH>
            <wp:positionV relativeFrom="page">
              <wp:posOffset>2296160</wp:posOffset>
            </wp:positionV>
            <wp:extent cx="5971540" cy="7980680"/>
            <wp:wrapNone/>
            <wp:docPr id="139" name="Picture 13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115"/>
                    <a:stretch>
                      <a:fillRect/>
                    </a:stretch>
                  </pic:blipFill>
                  <pic:spPr>
                    <a:xfrm>
                      <a:off x="0" y="0"/>
                      <a:ext cx="5971540" cy="798068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685800</wp:posOffset>
            </wp:positionH>
            <wp:positionV relativeFrom="page">
              <wp:posOffset>485140</wp:posOffset>
            </wp:positionV>
            <wp:extent cx="1209039" cy="553719"/>
            <wp:wrapNone/>
            <wp:docPr id="140" name="Picture 14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09039" cy="553719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355600</wp:posOffset>
            </wp:positionH>
            <wp:positionV relativeFrom="page">
              <wp:posOffset>355600</wp:posOffset>
            </wp:positionV>
            <wp:extent cx="6858000" cy="10336530"/>
            <wp:wrapNone/>
            <wp:docPr id="141" name="Picture 14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033653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sectPr>
          <w:pgSz w:w="11899" w:h="16838"/>
          <w:pgMar w:top="682" w:right="1194" w:bottom="1440" w:left="1800" w:header="720" w:footer="720" w:gutter="0"/>
          <w:cols w:num="1" w:equalWidth="0">
            <w:col w:w="8906" w:space="0"/>
          </w:cols>
          <w:docGrid w:linePitch="360"/>
        </w:sectPr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940.0" w:type="dxa"/>
      </w:tblPr>
      <w:tblGrid>
        <w:gridCol w:w="3260"/>
        <w:gridCol w:w="1740"/>
        <w:gridCol w:w="1940"/>
      </w:tblGrid>
      <w:tr>
        <w:trPr>
          <w:trHeight w:hRule="exact" w:val="712"/>
        </w:trPr>
        <w:tc>
          <w:tcPr>
            <w:tcW w:type="dxa" w:w="32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538" w:lineRule="exact" w:before="0" w:after="0"/>
              <w:ind w:left="0" w:right="760" w:firstLine="0"/>
              <w:jc w:val="right"/>
            </w:pPr>
            <w:r>
              <w:rPr>
                <w:rFonts w:ascii="Times New Roman" w:hAnsi="Times New Roman" w:eastAsia="Times New Roman"/>
                <w:b w:val="0"/>
                <w:i w:val="0"/>
                <w:color w:val="999999"/>
                <w:sz w:val="48"/>
              </w:rPr>
              <w:t>52</w:t>
            </w:r>
          </w:p>
        </w:tc>
        <w:tc>
          <w:tcPr>
            <w:tcW w:type="dxa" w:w="17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2" w:lineRule="exact" w:before="376" w:after="0"/>
              <w:ind w:left="0" w:right="486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6699"/>
                <w:sz w:val="24"/>
              </w:rPr>
              <w:t>登录</w:t>
            </w:r>
          </w:p>
        </w:tc>
        <w:tc>
          <w:tcPr>
            <w:tcW w:type="dxa" w:w="19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396" w:lineRule="exact" w:before="316" w:after="0"/>
              <w:ind w:left="0" w:right="0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FFFF"/>
                <w:sz w:val="34"/>
              </w:rPr>
              <w:t>下载 App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800100</wp:posOffset>
            </wp:positionH>
            <wp:positionV relativeFrom="page">
              <wp:posOffset>2296160</wp:posOffset>
            </wp:positionV>
            <wp:extent cx="5971540" cy="7980680"/>
            <wp:wrapNone/>
            <wp:docPr id="142" name="Picture 14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117"/>
                    <a:stretch>
                      <a:fillRect/>
                    </a:stretch>
                  </pic:blipFill>
                  <pic:spPr>
                    <a:xfrm>
                      <a:off x="0" y="0"/>
                      <a:ext cx="5971540" cy="798068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685800</wp:posOffset>
            </wp:positionH>
            <wp:positionV relativeFrom="page">
              <wp:posOffset>485140</wp:posOffset>
            </wp:positionV>
            <wp:extent cx="1209039" cy="553719"/>
            <wp:wrapNone/>
            <wp:docPr id="143" name="Picture 14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09039" cy="553719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355600</wp:posOffset>
            </wp:positionH>
            <wp:positionV relativeFrom="page">
              <wp:posOffset>355600</wp:posOffset>
            </wp:positionV>
            <wp:extent cx="6858000" cy="10336530"/>
            <wp:wrapNone/>
            <wp:docPr id="144" name="Picture 14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033653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sectPr>
          <w:pgSz w:w="11899" w:h="16838"/>
          <w:pgMar w:top="682" w:right="1194" w:bottom="1440" w:left="1800" w:header="720" w:footer="720" w:gutter="0"/>
          <w:cols w:num="1" w:equalWidth="0">
            <w:col w:w="8906" w:space="0"/>
          </w:cols>
          <w:docGrid w:linePitch="360"/>
        </w:sectPr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940.0" w:type="dxa"/>
      </w:tblPr>
      <w:tblGrid>
        <w:gridCol w:w="3260"/>
        <w:gridCol w:w="1740"/>
        <w:gridCol w:w="1940"/>
      </w:tblGrid>
      <w:tr>
        <w:trPr>
          <w:trHeight w:hRule="exact" w:val="712"/>
        </w:trPr>
        <w:tc>
          <w:tcPr>
            <w:tcW w:type="dxa" w:w="32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538" w:lineRule="exact" w:before="0" w:after="0"/>
              <w:ind w:left="0" w:right="760" w:firstLine="0"/>
              <w:jc w:val="right"/>
            </w:pPr>
            <w:r>
              <w:rPr>
                <w:rFonts w:ascii="Times New Roman" w:hAnsi="Times New Roman" w:eastAsia="Times New Roman"/>
                <w:b w:val="0"/>
                <w:i w:val="0"/>
                <w:color w:val="999999"/>
                <w:sz w:val="48"/>
              </w:rPr>
              <w:t>53</w:t>
            </w:r>
          </w:p>
        </w:tc>
        <w:tc>
          <w:tcPr>
            <w:tcW w:type="dxa" w:w="17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2" w:lineRule="exact" w:before="376" w:after="0"/>
              <w:ind w:left="0" w:right="486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6699"/>
                <w:sz w:val="24"/>
              </w:rPr>
              <w:t>登录</w:t>
            </w:r>
          </w:p>
        </w:tc>
        <w:tc>
          <w:tcPr>
            <w:tcW w:type="dxa" w:w="19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396" w:lineRule="exact" w:before="316" w:after="0"/>
              <w:ind w:left="0" w:right="0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FFFF"/>
                <w:sz w:val="34"/>
              </w:rPr>
              <w:t>下载 App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800100</wp:posOffset>
            </wp:positionH>
            <wp:positionV relativeFrom="page">
              <wp:posOffset>2296160</wp:posOffset>
            </wp:positionV>
            <wp:extent cx="5971540" cy="7980680"/>
            <wp:wrapNone/>
            <wp:docPr id="145" name="Picture 14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119"/>
                    <a:stretch>
                      <a:fillRect/>
                    </a:stretch>
                  </pic:blipFill>
                  <pic:spPr>
                    <a:xfrm>
                      <a:off x="0" y="0"/>
                      <a:ext cx="5971540" cy="798068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685800</wp:posOffset>
            </wp:positionH>
            <wp:positionV relativeFrom="page">
              <wp:posOffset>485140</wp:posOffset>
            </wp:positionV>
            <wp:extent cx="1209039" cy="553719"/>
            <wp:wrapNone/>
            <wp:docPr id="146" name="Picture 14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09039" cy="553719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355600</wp:posOffset>
            </wp:positionH>
            <wp:positionV relativeFrom="page">
              <wp:posOffset>355600</wp:posOffset>
            </wp:positionV>
            <wp:extent cx="6858000" cy="10336530"/>
            <wp:wrapNone/>
            <wp:docPr id="147" name="Picture 14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120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033653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sectPr>
          <w:pgSz w:w="11899" w:h="16838"/>
          <w:pgMar w:top="682" w:right="1194" w:bottom="1440" w:left="1800" w:header="720" w:footer="720" w:gutter="0"/>
          <w:cols w:num="1" w:equalWidth="0">
            <w:col w:w="8906" w:space="0"/>
          </w:cols>
          <w:docGrid w:linePitch="360"/>
        </w:sectPr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920.0" w:type="dxa"/>
      </w:tblPr>
      <w:tblGrid>
        <w:gridCol w:w="3280"/>
        <w:gridCol w:w="1740"/>
        <w:gridCol w:w="1940"/>
      </w:tblGrid>
      <w:tr>
        <w:trPr>
          <w:trHeight w:hRule="exact" w:val="712"/>
        </w:trPr>
        <w:tc>
          <w:tcPr>
            <w:tcW w:type="dxa" w:w="32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538" w:lineRule="exact" w:before="0" w:after="0"/>
              <w:ind w:left="0" w:right="748" w:firstLine="0"/>
              <w:jc w:val="right"/>
            </w:pPr>
            <w:r>
              <w:rPr>
                <w:rFonts w:ascii="Times New Roman" w:hAnsi="Times New Roman" w:eastAsia="Times New Roman"/>
                <w:b w:val="0"/>
                <w:i w:val="0"/>
                <w:color w:val="999999"/>
                <w:sz w:val="48"/>
              </w:rPr>
              <w:t>54</w:t>
            </w:r>
          </w:p>
        </w:tc>
        <w:tc>
          <w:tcPr>
            <w:tcW w:type="dxa" w:w="17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2" w:lineRule="exact" w:before="376" w:after="0"/>
              <w:ind w:left="0" w:right="486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6699"/>
                <w:sz w:val="24"/>
              </w:rPr>
              <w:t>登录</w:t>
            </w:r>
          </w:p>
        </w:tc>
        <w:tc>
          <w:tcPr>
            <w:tcW w:type="dxa" w:w="19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396" w:lineRule="exact" w:before="316" w:after="0"/>
              <w:ind w:left="0" w:right="0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FFFF"/>
                <w:sz w:val="34"/>
              </w:rPr>
              <w:t>下载 App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800100</wp:posOffset>
            </wp:positionH>
            <wp:positionV relativeFrom="page">
              <wp:posOffset>2296160</wp:posOffset>
            </wp:positionV>
            <wp:extent cx="5971540" cy="7980680"/>
            <wp:wrapNone/>
            <wp:docPr id="148" name="Picture 14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121"/>
                    <a:stretch>
                      <a:fillRect/>
                    </a:stretch>
                  </pic:blipFill>
                  <pic:spPr>
                    <a:xfrm>
                      <a:off x="0" y="0"/>
                      <a:ext cx="5971540" cy="798068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685800</wp:posOffset>
            </wp:positionH>
            <wp:positionV relativeFrom="page">
              <wp:posOffset>485140</wp:posOffset>
            </wp:positionV>
            <wp:extent cx="1209039" cy="553719"/>
            <wp:wrapNone/>
            <wp:docPr id="149" name="Picture 14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09039" cy="553719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355600</wp:posOffset>
            </wp:positionH>
            <wp:positionV relativeFrom="page">
              <wp:posOffset>355600</wp:posOffset>
            </wp:positionV>
            <wp:extent cx="6858000" cy="10336530"/>
            <wp:wrapNone/>
            <wp:docPr id="150" name="Picture 15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122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033653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sectPr>
          <w:pgSz w:w="11899" w:h="16838"/>
          <w:pgMar w:top="682" w:right="1194" w:bottom="1440" w:left="1800" w:header="720" w:footer="720" w:gutter="0"/>
          <w:cols w:num="1" w:equalWidth="0">
            <w:col w:w="8906" w:space="0"/>
          </w:cols>
          <w:docGrid w:linePitch="360"/>
        </w:sectPr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940.0" w:type="dxa"/>
      </w:tblPr>
      <w:tblGrid>
        <w:gridCol w:w="3260"/>
        <w:gridCol w:w="1740"/>
        <w:gridCol w:w="1940"/>
      </w:tblGrid>
      <w:tr>
        <w:trPr>
          <w:trHeight w:hRule="exact" w:val="712"/>
        </w:trPr>
        <w:tc>
          <w:tcPr>
            <w:tcW w:type="dxa" w:w="32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538" w:lineRule="exact" w:before="0" w:after="0"/>
              <w:ind w:left="0" w:right="756" w:firstLine="0"/>
              <w:jc w:val="right"/>
            </w:pPr>
            <w:r>
              <w:rPr>
                <w:rFonts w:ascii="Times New Roman" w:hAnsi="Times New Roman" w:eastAsia="Times New Roman"/>
                <w:b w:val="0"/>
                <w:i w:val="0"/>
                <w:color w:val="999999"/>
                <w:sz w:val="48"/>
              </w:rPr>
              <w:t>55</w:t>
            </w:r>
          </w:p>
        </w:tc>
        <w:tc>
          <w:tcPr>
            <w:tcW w:type="dxa" w:w="17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2" w:lineRule="exact" w:before="376" w:after="0"/>
              <w:ind w:left="0" w:right="486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6699"/>
                <w:sz w:val="24"/>
              </w:rPr>
              <w:t>登录</w:t>
            </w:r>
          </w:p>
        </w:tc>
        <w:tc>
          <w:tcPr>
            <w:tcW w:type="dxa" w:w="19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396" w:lineRule="exact" w:before="316" w:after="0"/>
              <w:ind w:left="0" w:right="0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FFFF"/>
                <w:sz w:val="34"/>
              </w:rPr>
              <w:t>下载 App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800100</wp:posOffset>
            </wp:positionH>
            <wp:positionV relativeFrom="page">
              <wp:posOffset>2296160</wp:posOffset>
            </wp:positionV>
            <wp:extent cx="5971540" cy="7980680"/>
            <wp:wrapNone/>
            <wp:docPr id="151" name="Picture 15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123"/>
                    <a:stretch>
                      <a:fillRect/>
                    </a:stretch>
                  </pic:blipFill>
                  <pic:spPr>
                    <a:xfrm>
                      <a:off x="0" y="0"/>
                      <a:ext cx="5971540" cy="798068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685800</wp:posOffset>
            </wp:positionH>
            <wp:positionV relativeFrom="page">
              <wp:posOffset>485140</wp:posOffset>
            </wp:positionV>
            <wp:extent cx="1209039" cy="553719"/>
            <wp:wrapNone/>
            <wp:docPr id="152" name="Picture 15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09039" cy="553719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355600</wp:posOffset>
            </wp:positionH>
            <wp:positionV relativeFrom="page">
              <wp:posOffset>355600</wp:posOffset>
            </wp:positionV>
            <wp:extent cx="6858000" cy="10336530"/>
            <wp:wrapNone/>
            <wp:docPr id="153" name="Picture 15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124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033653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sectPr>
          <w:pgSz w:w="11899" w:h="16838"/>
          <w:pgMar w:top="682" w:right="1194" w:bottom="1440" w:left="1800" w:header="720" w:footer="720" w:gutter="0"/>
          <w:cols w:num="1" w:equalWidth="0">
            <w:col w:w="8906" w:space="0"/>
          </w:cols>
          <w:docGrid w:linePitch="360"/>
        </w:sectPr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920.0" w:type="dxa"/>
      </w:tblPr>
      <w:tblGrid>
        <w:gridCol w:w="3280"/>
        <w:gridCol w:w="1740"/>
        <w:gridCol w:w="1940"/>
      </w:tblGrid>
      <w:tr>
        <w:trPr>
          <w:trHeight w:hRule="exact" w:val="712"/>
        </w:trPr>
        <w:tc>
          <w:tcPr>
            <w:tcW w:type="dxa" w:w="32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538" w:lineRule="exact" w:before="0" w:after="0"/>
              <w:ind w:left="0" w:right="750" w:firstLine="0"/>
              <w:jc w:val="right"/>
            </w:pPr>
            <w:r>
              <w:rPr>
                <w:rFonts w:ascii="Times New Roman" w:hAnsi="Times New Roman" w:eastAsia="Times New Roman"/>
                <w:b w:val="0"/>
                <w:i w:val="0"/>
                <w:color w:val="999999"/>
                <w:sz w:val="48"/>
              </w:rPr>
              <w:t>56</w:t>
            </w:r>
          </w:p>
        </w:tc>
        <w:tc>
          <w:tcPr>
            <w:tcW w:type="dxa" w:w="17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2" w:lineRule="exact" w:before="376" w:after="0"/>
              <w:ind w:left="0" w:right="486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6699"/>
                <w:sz w:val="24"/>
              </w:rPr>
              <w:t>登录</w:t>
            </w:r>
          </w:p>
        </w:tc>
        <w:tc>
          <w:tcPr>
            <w:tcW w:type="dxa" w:w="19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396" w:lineRule="exact" w:before="316" w:after="0"/>
              <w:ind w:left="0" w:right="0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FFFF"/>
                <w:sz w:val="34"/>
              </w:rPr>
              <w:t>下载 App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800100</wp:posOffset>
            </wp:positionH>
            <wp:positionV relativeFrom="page">
              <wp:posOffset>2296160</wp:posOffset>
            </wp:positionV>
            <wp:extent cx="5971540" cy="7980680"/>
            <wp:wrapNone/>
            <wp:docPr id="154" name="Picture 15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125"/>
                    <a:stretch>
                      <a:fillRect/>
                    </a:stretch>
                  </pic:blipFill>
                  <pic:spPr>
                    <a:xfrm>
                      <a:off x="0" y="0"/>
                      <a:ext cx="5971540" cy="798068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685800</wp:posOffset>
            </wp:positionH>
            <wp:positionV relativeFrom="page">
              <wp:posOffset>485140</wp:posOffset>
            </wp:positionV>
            <wp:extent cx="1209039" cy="553719"/>
            <wp:wrapNone/>
            <wp:docPr id="155" name="Picture 15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09039" cy="553719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355600</wp:posOffset>
            </wp:positionH>
            <wp:positionV relativeFrom="page">
              <wp:posOffset>355600</wp:posOffset>
            </wp:positionV>
            <wp:extent cx="6858000" cy="10336530"/>
            <wp:wrapNone/>
            <wp:docPr id="156" name="Picture 15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126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033653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sectPr>
          <w:pgSz w:w="11899" w:h="16838"/>
          <w:pgMar w:top="682" w:right="1194" w:bottom="1440" w:left="1800" w:header="720" w:footer="720" w:gutter="0"/>
          <w:cols w:num="1" w:equalWidth="0">
            <w:col w:w="8906" w:space="0"/>
          </w:cols>
          <w:docGrid w:linePitch="360"/>
        </w:sectPr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940.0" w:type="dxa"/>
      </w:tblPr>
      <w:tblGrid>
        <w:gridCol w:w="3260"/>
        <w:gridCol w:w="1740"/>
        <w:gridCol w:w="1940"/>
      </w:tblGrid>
      <w:tr>
        <w:trPr>
          <w:trHeight w:hRule="exact" w:val="712"/>
        </w:trPr>
        <w:tc>
          <w:tcPr>
            <w:tcW w:type="dxa" w:w="32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538" w:lineRule="exact" w:before="0" w:after="0"/>
              <w:ind w:left="0" w:right="758" w:firstLine="0"/>
              <w:jc w:val="right"/>
            </w:pPr>
            <w:r>
              <w:rPr>
                <w:rFonts w:ascii="Times New Roman" w:hAnsi="Times New Roman" w:eastAsia="Times New Roman"/>
                <w:b w:val="0"/>
                <w:i w:val="0"/>
                <w:color w:val="999999"/>
                <w:sz w:val="48"/>
              </w:rPr>
              <w:t>57</w:t>
            </w:r>
          </w:p>
        </w:tc>
        <w:tc>
          <w:tcPr>
            <w:tcW w:type="dxa" w:w="17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2" w:lineRule="exact" w:before="376" w:after="0"/>
              <w:ind w:left="0" w:right="486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6699"/>
                <w:sz w:val="24"/>
              </w:rPr>
              <w:t>登录</w:t>
            </w:r>
          </w:p>
        </w:tc>
        <w:tc>
          <w:tcPr>
            <w:tcW w:type="dxa" w:w="19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396" w:lineRule="exact" w:before="316" w:after="0"/>
              <w:ind w:left="0" w:right="0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FFFF"/>
                <w:sz w:val="34"/>
              </w:rPr>
              <w:t>下载 App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800100</wp:posOffset>
            </wp:positionH>
            <wp:positionV relativeFrom="page">
              <wp:posOffset>2296160</wp:posOffset>
            </wp:positionV>
            <wp:extent cx="5971540" cy="7980680"/>
            <wp:wrapNone/>
            <wp:docPr id="157" name="Picture 15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127"/>
                    <a:stretch>
                      <a:fillRect/>
                    </a:stretch>
                  </pic:blipFill>
                  <pic:spPr>
                    <a:xfrm>
                      <a:off x="0" y="0"/>
                      <a:ext cx="5971540" cy="798068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685800</wp:posOffset>
            </wp:positionH>
            <wp:positionV relativeFrom="page">
              <wp:posOffset>485140</wp:posOffset>
            </wp:positionV>
            <wp:extent cx="1209039" cy="553719"/>
            <wp:wrapNone/>
            <wp:docPr id="158" name="Picture 15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09039" cy="553719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355600</wp:posOffset>
            </wp:positionH>
            <wp:positionV relativeFrom="page">
              <wp:posOffset>355600</wp:posOffset>
            </wp:positionV>
            <wp:extent cx="6858000" cy="10336530"/>
            <wp:wrapNone/>
            <wp:docPr id="159" name="Picture 15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128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033653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sectPr>
          <w:pgSz w:w="11899" w:h="16838"/>
          <w:pgMar w:top="682" w:right="1194" w:bottom="1440" w:left="1800" w:header="720" w:footer="720" w:gutter="0"/>
          <w:cols w:num="1" w:equalWidth="0">
            <w:col w:w="8906" w:space="0"/>
          </w:cols>
          <w:docGrid w:linePitch="360"/>
        </w:sectPr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920.0" w:type="dxa"/>
      </w:tblPr>
      <w:tblGrid>
        <w:gridCol w:w="3280"/>
        <w:gridCol w:w="1740"/>
        <w:gridCol w:w="1940"/>
      </w:tblGrid>
      <w:tr>
        <w:trPr>
          <w:trHeight w:hRule="exact" w:val="712"/>
        </w:trPr>
        <w:tc>
          <w:tcPr>
            <w:tcW w:type="dxa" w:w="32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538" w:lineRule="exact" w:before="0" w:after="0"/>
              <w:ind w:left="0" w:right="752" w:firstLine="0"/>
              <w:jc w:val="right"/>
            </w:pPr>
            <w:r>
              <w:rPr>
                <w:rFonts w:ascii="Times New Roman" w:hAnsi="Times New Roman" w:eastAsia="Times New Roman"/>
                <w:b w:val="0"/>
                <w:i w:val="0"/>
                <w:color w:val="999999"/>
                <w:sz w:val="48"/>
              </w:rPr>
              <w:t>58</w:t>
            </w:r>
          </w:p>
        </w:tc>
        <w:tc>
          <w:tcPr>
            <w:tcW w:type="dxa" w:w="17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2" w:lineRule="exact" w:before="376" w:after="0"/>
              <w:ind w:left="0" w:right="486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6699"/>
                <w:sz w:val="24"/>
              </w:rPr>
              <w:t>登录</w:t>
            </w:r>
          </w:p>
        </w:tc>
        <w:tc>
          <w:tcPr>
            <w:tcW w:type="dxa" w:w="19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396" w:lineRule="exact" w:before="316" w:after="0"/>
              <w:ind w:left="0" w:right="0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FFFF"/>
                <w:sz w:val="34"/>
              </w:rPr>
              <w:t>下载 App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800100</wp:posOffset>
            </wp:positionH>
            <wp:positionV relativeFrom="page">
              <wp:posOffset>2296160</wp:posOffset>
            </wp:positionV>
            <wp:extent cx="5971540" cy="7980680"/>
            <wp:wrapNone/>
            <wp:docPr id="160" name="Picture 16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129"/>
                    <a:stretch>
                      <a:fillRect/>
                    </a:stretch>
                  </pic:blipFill>
                  <pic:spPr>
                    <a:xfrm>
                      <a:off x="0" y="0"/>
                      <a:ext cx="5971540" cy="798068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685800</wp:posOffset>
            </wp:positionH>
            <wp:positionV relativeFrom="page">
              <wp:posOffset>485140</wp:posOffset>
            </wp:positionV>
            <wp:extent cx="1209039" cy="553719"/>
            <wp:wrapNone/>
            <wp:docPr id="161" name="Picture 16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09039" cy="553719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355600</wp:posOffset>
            </wp:positionH>
            <wp:positionV relativeFrom="page">
              <wp:posOffset>355600</wp:posOffset>
            </wp:positionV>
            <wp:extent cx="6858000" cy="10336530"/>
            <wp:wrapNone/>
            <wp:docPr id="162" name="Picture 16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130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033653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sectPr>
          <w:pgSz w:w="11899" w:h="16838"/>
          <w:pgMar w:top="682" w:right="1194" w:bottom="1440" w:left="1800" w:header="720" w:footer="720" w:gutter="0"/>
          <w:cols w:num="1" w:equalWidth="0">
            <w:col w:w="8906" w:space="0"/>
          </w:cols>
          <w:docGrid w:linePitch="360"/>
        </w:sectPr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920.0" w:type="dxa"/>
      </w:tblPr>
      <w:tblGrid>
        <w:gridCol w:w="3280"/>
        <w:gridCol w:w="1740"/>
        <w:gridCol w:w="1940"/>
      </w:tblGrid>
      <w:tr>
        <w:trPr>
          <w:trHeight w:hRule="exact" w:val="712"/>
        </w:trPr>
        <w:tc>
          <w:tcPr>
            <w:tcW w:type="dxa" w:w="32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540" w:lineRule="exact" w:before="0" w:after="0"/>
              <w:ind w:left="0" w:right="750" w:firstLine="0"/>
              <w:jc w:val="right"/>
            </w:pPr>
            <w:r>
              <w:rPr>
                <w:rFonts w:ascii="Times New Roman" w:hAnsi="Times New Roman" w:eastAsia="Times New Roman"/>
                <w:b w:val="0"/>
                <w:i w:val="0"/>
                <w:color w:val="999999"/>
                <w:sz w:val="48"/>
              </w:rPr>
              <w:t>59</w:t>
            </w:r>
          </w:p>
        </w:tc>
        <w:tc>
          <w:tcPr>
            <w:tcW w:type="dxa" w:w="17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2" w:lineRule="exact" w:before="376" w:after="0"/>
              <w:ind w:left="0" w:right="486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6699"/>
                <w:sz w:val="24"/>
              </w:rPr>
              <w:t>登录</w:t>
            </w:r>
          </w:p>
        </w:tc>
        <w:tc>
          <w:tcPr>
            <w:tcW w:type="dxa" w:w="19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396" w:lineRule="exact" w:before="316" w:after="0"/>
              <w:ind w:left="0" w:right="0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FFFF"/>
                <w:sz w:val="34"/>
              </w:rPr>
              <w:t>下载 App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800100</wp:posOffset>
            </wp:positionH>
            <wp:positionV relativeFrom="page">
              <wp:posOffset>2296160</wp:posOffset>
            </wp:positionV>
            <wp:extent cx="5971540" cy="7980680"/>
            <wp:wrapNone/>
            <wp:docPr id="163" name="Picture 16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131"/>
                    <a:stretch>
                      <a:fillRect/>
                    </a:stretch>
                  </pic:blipFill>
                  <pic:spPr>
                    <a:xfrm>
                      <a:off x="0" y="0"/>
                      <a:ext cx="5971540" cy="798068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685800</wp:posOffset>
            </wp:positionH>
            <wp:positionV relativeFrom="page">
              <wp:posOffset>485140</wp:posOffset>
            </wp:positionV>
            <wp:extent cx="1209039" cy="553719"/>
            <wp:wrapNone/>
            <wp:docPr id="164" name="Picture 16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09039" cy="553719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355600</wp:posOffset>
            </wp:positionH>
            <wp:positionV relativeFrom="page">
              <wp:posOffset>355600</wp:posOffset>
            </wp:positionV>
            <wp:extent cx="6858000" cy="10336530"/>
            <wp:wrapNone/>
            <wp:docPr id="165" name="Picture 16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132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033653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sectPr>
          <w:pgSz w:w="11899" w:h="16838"/>
          <w:pgMar w:top="682" w:right="1194" w:bottom="1440" w:left="1800" w:header="720" w:footer="720" w:gutter="0"/>
          <w:cols w:num="1" w:equalWidth="0">
            <w:col w:w="8906" w:space="0"/>
          </w:cols>
          <w:docGrid w:linePitch="360"/>
        </w:sectPr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920.0" w:type="dxa"/>
      </w:tblPr>
      <w:tblGrid>
        <w:gridCol w:w="3280"/>
        <w:gridCol w:w="1740"/>
        <w:gridCol w:w="1940"/>
      </w:tblGrid>
      <w:tr>
        <w:trPr>
          <w:trHeight w:hRule="exact" w:val="712"/>
        </w:trPr>
        <w:tc>
          <w:tcPr>
            <w:tcW w:type="dxa" w:w="32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538" w:lineRule="exact" w:before="0" w:after="0"/>
              <w:ind w:left="0" w:right="742" w:firstLine="0"/>
              <w:jc w:val="right"/>
            </w:pPr>
            <w:r>
              <w:rPr>
                <w:rFonts w:ascii="Times New Roman" w:hAnsi="Times New Roman" w:eastAsia="Times New Roman"/>
                <w:b w:val="0"/>
                <w:i w:val="0"/>
                <w:color w:val="999999"/>
                <w:sz w:val="48"/>
              </w:rPr>
              <w:t>60</w:t>
            </w:r>
          </w:p>
        </w:tc>
        <w:tc>
          <w:tcPr>
            <w:tcW w:type="dxa" w:w="17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2" w:lineRule="exact" w:before="376" w:after="0"/>
              <w:ind w:left="0" w:right="486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6699"/>
                <w:sz w:val="24"/>
              </w:rPr>
              <w:t>登录</w:t>
            </w:r>
          </w:p>
        </w:tc>
        <w:tc>
          <w:tcPr>
            <w:tcW w:type="dxa" w:w="19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396" w:lineRule="exact" w:before="316" w:after="0"/>
              <w:ind w:left="0" w:right="0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FFFF"/>
                <w:sz w:val="34"/>
              </w:rPr>
              <w:t>下载 App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800100</wp:posOffset>
            </wp:positionH>
            <wp:positionV relativeFrom="page">
              <wp:posOffset>2296160</wp:posOffset>
            </wp:positionV>
            <wp:extent cx="5971540" cy="7980680"/>
            <wp:wrapNone/>
            <wp:docPr id="166" name="Picture 16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133"/>
                    <a:stretch>
                      <a:fillRect/>
                    </a:stretch>
                  </pic:blipFill>
                  <pic:spPr>
                    <a:xfrm>
                      <a:off x="0" y="0"/>
                      <a:ext cx="5971540" cy="798068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685800</wp:posOffset>
            </wp:positionH>
            <wp:positionV relativeFrom="page">
              <wp:posOffset>485140</wp:posOffset>
            </wp:positionV>
            <wp:extent cx="1209039" cy="553719"/>
            <wp:wrapNone/>
            <wp:docPr id="167" name="Picture 16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09039" cy="553719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355600</wp:posOffset>
            </wp:positionH>
            <wp:positionV relativeFrom="page">
              <wp:posOffset>355600</wp:posOffset>
            </wp:positionV>
            <wp:extent cx="6858000" cy="10336530"/>
            <wp:wrapNone/>
            <wp:docPr id="168" name="Picture 16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134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033653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sectPr>
          <w:pgSz w:w="11899" w:h="16838"/>
          <w:pgMar w:top="682" w:right="1194" w:bottom="1440" w:left="1800" w:header="720" w:footer="720" w:gutter="0"/>
          <w:cols w:num="1" w:equalWidth="0">
            <w:col w:w="8906" w:space="0"/>
          </w:cols>
          <w:docGrid w:linePitch="360"/>
        </w:sectPr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940.0" w:type="dxa"/>
      </w:tblPr>
      <w:tblGrid>
        <w:gridCol w:w="3240"/>
        <w:gridCol w:w="1760"/>
        <w:gridCol w:w="1940"/>
      </w:tblGrid>
      <w:tr>
        <w:trPr>
          <w:trHeight w:hRule="exact" w:val="712"/>
        </w:trPr>
        <w:tc>
          <w:tcPr>
            <w:tcW w:type="dxa" w:w="32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538" w:lineRule="exact" w:before="0" w:after="0"/>
              <w:ind w:left="0" w:right="760" w:firstLine="0"/>
              <w:jc w:val="right"/>
            </w:pPr>
            <w:r>
              <w:rPr>
                <w:rFonts w:ascii="Times New Roman" w:hAnsi="Times New Roman" w:eastAsia="Times New Roman"/>
                <w:b w:val="0"/>
                <w:i w:val="0"/>
                <w:color w:val="999999"/>
                <w:sz w:val="48"/>
              </w:rPr>
              <w:t>61</w:t>
            </w:r>
          </w:p>
        </w:tc>
        <w:tc>
          <w:tcPr>
            <w:tcW w:type="dxa" w:w="17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2" w:lineRule="exact" w:before="376" w:after="0"/>
              <w:ind w:left="0" w:right="486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6699"/>
                <w:sz w:val="24"/>
              </w:rPr>
              <w:t>登录</w:t>
            </w:r>
          </w:p>
        </w:tc>
        <w:tc>
          <w:tcPr>
            <w:tcW w:type="dxa" w:w="19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396" w:lineRule="exact" w:before="316" w:after="0"/>
              <w:ind w:left="0" w:right="0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FFFF"/>
                <w:sz w:val="34"/>
              </w:rPr>
              <w:t>下载 App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800100</wp:posOffset>
            </wp:positionH>
            <wp:positionV relativeFrom="page">
              <wp:posOffset>2296160</wp:posOffset>
            </wp:positionV>
            <wp:extent cx="5971540" cy="7980680"/>
            <wp:wrapNone/>
            <wp:docPr id="169" name="Picture 16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135"/>
                    <a:stretch>
                      <a:fillRect/>
                    </a:stretch>
                  </pic:blipFill>
                  <pic:spPr>
                    <a:xfrm>
                      <a:off x="0" y="0"/>
                      <a:ext cx="5971540" cy="798068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685800</wp:posOffset>
            </wp:positionH>
            <wp:positionV relativeFrom="page">
              <wp:posOffset>485140</wp:posOffset>
            </wp:positionV>
            <wp:extent cx="1209039" cy="553719"/>
            <wp:wrapNone/>
            <wp:docPr id="170" name="Picture 17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09039" cy="553719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355600</wp:posOffset>
            </wp:positionH>
            <wp:positionV relativeFrom="page">
              <wp:posOffset>355600</wp:posOffset>
            </wp:positionV>
            <wp:extent cx="6858000" cy="10336530"/>
            <wp:wrapNone/>
            <wp:docPr id="171" name="Picture 17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136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033653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sectPr>
          <w:pgSz w:w="11899" w:h="16838"/>
          <w:pgMar w:top="682" w:right="1194" w:bottom="1440" w:left="1800" w:header="720" w:footer="720" w:gutter="0"/>
          <w:cols w:num="1" w:equalWidth="0">
            <w:col w:w="8906" w:space="0"/>
          </w:cols>
          <w:docGrid w:linePitch="360"/>
        </w:sectPr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940.0" w:type="dxa"/>
      </w:tblPr>
      <w:tblGrid>
        <w:gridCol w:w="3260"/>
        <w:gridCol w:w="1740"/>
        <w:gridCol w:w="1940"/>
      </w:tblGrid>
      <w:tr>
        <w:trPr>
          <w:trHeight w:hRule="exact" w:val="712"/>
        </w:trPr>
        <w:tc>
          <w:tcPr>
            <w:tcW w:type="dxa" w:w="32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538" w:lineRule="exact" w:before="0" w:after="0"/>
              <w:ind w:left="0" w:right="754" w:firstLine="0"/>
              <w:jc w:val="right"/>
            </w:pPr>
            <w:r>
              <w:rPr>
                <w:rFonts w:ascii="Times New Roman" w:hAnsi="Times New Roman" w:eastAsia="Times New Roman"/>
                <w:b w:val="0"/>
                <w:i w:val="0"/>
                <w:color w:val="999999"/>
                <w:sz w:val="48"/>
              </w:rPr>
              <w:t>62</w:t>
            </w:r>
          </w:p>
        </w:tc>
        <w:tc>
          <w:tcPr>
            <w:tcW w:type="dxa" w:w="17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2" w:lineRule="exact" w:before="376" w:after="0"/>
              <w:ind w:left="0" w:right="486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6699"/>
                <w:sz w:val="24"/>
              </w:rPr>
              <w:t>登录</w:t>
            </w:r>
          </w:p>
        </w:tc>
        <w:tc>
          <w:tcPr>
            <w:tcW w:type="dxa" w:w="19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396" w:lineRule="exact" w:before="316" w:after="0"/>
              <w:ind w:left="0" w:right="0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FFFF"/>
                <w:sz w:val="34"/>
              </w:rPr>
              <w:t>下载 App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800100</wp:posOffset>
            </wp:positionH>
            <wp:positionV relativeFrom="page">
              <wp:posOffset>2296160</wp:posOffset>
            </wp:positionV>
            <wp:extent cx="5971540" cy="7980680"/>
            <wp:wrapNone/>
            <wp:docPr id="172" name="Picture 17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137"/>
                    <a:stretch>
                      <a:fillRect/>
                    </a:stretch>
                  </pic:blipFill>
                  <pic:spPr>
                    <a:xfrm>
                      <a:off x="0" y="0"/>
                      <a:ext cx="5971540" cy="798068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685800</wp:posOffset>
            </wp:positionH>
            <wp:positionV relativeFrom="page">
              <wp:posOffset>485140</wp:posOffset>
            </wp:positionV>
            <wp:extent cx="1209039" cy="553719"/>
            <wp:wrapNone/>
            <wp:docPr id="173" name="Picture 17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09039" cy="553719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355600</wp:posOffset>
            </wp:positionH>
            <wp:positionV relativeFrom="page">
              <wp:posOffset>355600</wp:posOffset>
            </wp:positionV>
            <wp:extent cx="6858000" cy="10336530"/>
            <wp:wrapNone/>
            <wp:docPr id="174" name="Picture 17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138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033653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sectPr>
          <w:pgSz w:w="11899" w:h="16838"/>
          <w:pgMar w:top="682" w:right="1194" w:bottom="1440" w:left="1800" w:header="720" w:footer="720" w:gutter="0"/>
          <w:cols w:num="1" w:equalWidth="0">
            <w:col w:w="8906" w:space="0"/>
          </w:cols>
          <w:docGrid w:linePitch="360"/>
        </w:sectPr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940.0" w:type="dxa"/>
      </w:tblPr>
      <w:tblGrid>
        <w:gridCol w:w="3260"/>
        <w:gridCol w:w="1740"/>
        <w:gridCol w:w="1940"/>
      </w:tblGrid>
      <w:tr>
        <w:trPr>
          <w:trHeight w:hRule="exact" w:val="712"/>
        </w:trPr>
        <w:tc>
          <w:tcPr>
            <w:tcW w:type="dxa" w:w="32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538" w:lineRule="exact" w:before="0" w:after="0"/>
              <w:ind w:left="0" w:right="756" w:firstLine="0"/>
              <w:jc w:val="right"/>
            </w:pPr>
            <w:r>
              <w:rPr>
                <w:rFonts w:ascii="Times New Roman" w:hAnsi="Times New Roman" w:eastAsia="Times New Roman"/>
                <w:b w:val="0"/>
                <w:i w:val="0"/>
                <w:color w:val="999999"/>
                <w:sz w:val="48"/>
              </w:rPr>
              <w:t>63</w:t>
            </w:r>
          </w:p>
        </w:tc>
        <w:tc>
          <w:tcPr>
            <w:tcW w:type="dxa" w:w="17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2" w:lineRule="exact" w:before="376" w:after="0"/>
              <w:ind w:left="0" w:right="486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6699"/>
                <w:sz w:val="24"/>
              </w:rPr>
              <w:t>登录</w:t>
            </w:r>
          </w:p>
        </w:tc>
        <w:tc>
          <w:tcPr>
            <w:tcW w:type="dxa" w:w="19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396" w:lineRule="exact" w:before="316" w:after="0"/>
              <w:ind w:left="0" w:right="0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FFFF"/>
                <w:sz w:val="34"/>
              </w:rPr>
              <w:t>下载 App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685800</wp:posOffset>
            </wp:positionH>
            <wp:positionV relativeFrom="page">
              <wp:posOffset>485140</wp:posOffset>
            </wp:positionV>
            <wp:extent cx="1209039" cy="553719"/>
            <wp:wrapNone/>
            <wp:docPr id="175" name="Picture 17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09039" cy="553719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800100</wp:posOffset>
            </wp:positionH>
            <wp:positionV relativeFrom="page">
              <wp:posOffset>2296160</wp:posOffset>
            </wp:positionV>
            <wp:extent cx="5971540" cy="7980680"/>
            <wp:wrapNone/>
            <wp:docPr id="176" name="Picture 17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139"/>
                    <a:stretch>
                      <a:fillRect/>
                    </a:stretch>
                  </pic:blipFill>
                  <pic:spPr>
                    <a:xfrm>
                      <a:off x="0" y="0"/>
                      <a:ext cx="5971540" cy="798068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355600</wp:posOffset>
            </wp:positionH>
            <wp:positionV relativeFrom="page">
              <wp:posOffset>355600</wp:posOffset>
            </wp:positionV>
            <wp:extent cx="6858000" cy="10336530"/>
            <wp:wrapNone/>
            <wp:docPr id="177" name="Picture 17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140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033653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sectPr>
          <w:pgSz w:w="11899" w:h="16838"/>
          <w:pgMar w:top="682" w:right="1194" w:bottom="1440" w:left="1800" w:header="720" w:footer="720" w:gutter="0"/>
          <w:cols w:num="1" w:equalWidth="0">
            <w:col w:w="8906" w:space="0"/>
          </w:cols>
          <w:docGrid w:linePitch="360"/>
        </w:sectPr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920.0" w:type="dxa"/>
      </w:tblPr>
      <w:tblGrid>
        <w:gridCol w:w="3280"/>
        <w:gridCol w:w="1740"/>
        <w:gridCol w:w="1940"/>
      </w:tblGrid>
      <w:tr>
        <w:trPr>
          <w:trHeight w:hRule="exact" w:val="712"/>
        </w:trPr>
        <w:tc>
          <w:tcPr>
            <w:tcW w:type="dxa" w:w="32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538" w:lineRule="exact" w:before="0" w:after="0"/>
              <w:ind w:left="0" w:right="742" w:firstLine="0"/>
              <w:jc w:val="right"/>
            </w:pPr>
            <w:r>
              <w:rPr>
                <w:rFonts w:ascii="Times New Roman" w:hAnsi="Times New Roman" w:eastAsia="Times New Roman"/>
                <w:b w:val="0"/>
                <w:i w:val="0"/>
                <w:color w:val="999999"/>
                <w:sz w:val="48"/>
              </w:rPr>
              <w:t>64</w:t>
            </w:r>
          </w:p>
        </w:tc>
        <w:tc>
          <w:tcPr>
            <w:tcW w:type="dxa" w:w="17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2" w:lineRule="exact" w:before="376" w:after="0"/>
              <w:ind w:left="0" w:right="486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6699"/>
                <w:sz w:val="24"/>
              </w:rPr>
              <w:t>登录</w:t>
            </w:r>
          </w:p>
        </w:tc>
        <w:tc>
          <w:tcPr>
            <w:tcW w:type="dxa" w:w="19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396" w:lineRule="exact" w:before="316" w:after="0"/>
              <w:ind w:left="0" w:right="0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FFFF"/>
                <w:sz w:val="34"/>
              </w:rPr>
              <w:t>下载 App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685800</wp:posOffset>
            </wp:positionH>
            <wp:positionV relativeFrom="page">
              <wp:posOffset>485140</wp:posOffset>
            </wp:positionV>
            <wp:extent cx="1209039" cy="553719"/>
            <wp:wrapNone/>
            <wp:docPr id="178" name="Picture 17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09039" cy="553719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800100</wp:posOffset>
            </wp:positionH>
            <wp:positionV relativeFrom="page">
              <wp:posOffset>2296160</wp:posOffset>
            </wp:positionV>
            <wp:extent cx="5971540" cy="7980680"/>
            <wp:wrapNone/>
            <wp:docPr id="179" name="Picture 17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141"/>
                    <a:stretch>
                      <a:fillRect/>
                    </a:stretch>
                  </pic:blipFill>
                  <pic:spPr>
                    <a:xfrm>
                      <a:off x="0" y="0"/>
                      <a:ext cx="5971540" cy="798068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355600</wp:posOffset>
            </wp:positionH>
            <wp:positionV relativeFrom="page">
              <wp:posOffset>355600</wp:posOffset>
            </wp:positionV>
            <wp:extent cx="6858000" cy="10336530"/>
            <wp:wrapNone/>
            <wp:docPr id="180" name="Picture 18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142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033653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sectPr>
          <w:pgSz w:w="11899" w:h="16838"/>
          <w:pgMar w:top="682" w:right="1194" w:bottom="1440" w:left="1800" w:header="720" w:footer="720" w:gutter="0"/>
          <w:cols w:num="1" w:equalWidth="0">
            <w:col w:w="8906" w:space="0"/>
          </w:cols>
          <w:docGrid w:linePitch="360"/>
        </w:sectPr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920.0" w:type="dxa"/>
      </w:tblPr>
      <w:tblGrid>
        <w:gridCol w:w="3280"/>
        <w:gridCol w:w="1740"/>
        <w:gridCol w:w="1940"/>
      </w:tblGrid>
      <w:tr>
        <w:trPr>
          <w:trHeight w:hRule="exact" w:val="712"/>
        </w:trPr>
        <w:tc>
          <w:tcPr>
            <w:tcW w:type="dxa" w:w="32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538" w:lineRule="exact" w:before="0" w:after="0"/>
              <w:ind w:left="0" w:right="750" w:firstLine="0"/>
              <w:jc w:val="right"/>
            </w:pPr>
            <w:r>
              <w:rPr>
                <w:rFonts w:ascii="Times New Roman" w:hAnsi="Times New Roman" w:eastAsia="Times New Roman"/>
                <w:b w:val="0"/>
                <w:i w:val="0"/>
                <w:color w:val="999999"/>
                <w:sz w:val="48"/>
              </w:rPr>
              <w:t>65</w:t>
            </w:r>
          </w:p>
        </w:tc>
        <w:tc>
          <w:tcPr>
            <w:tcW w:type="dxa" w:w="17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2" w:lineRule="exact" w:before="376" w:after="0"/>
              <w:ind w:left="0" w:right="486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6699"/>
                <w:sz w:val="24"/>
              </w:rPr>
              <w:t>登录</w:t>
            </w:r>
          </w:p>
        </w:tc>
        <w:tc>
          <w:tcPr>
            <w:tcW w:type="dxa" w:w="19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396" w:lineRule="exact" w:before="316" w:after="0"/>
              <w:ind w:left="0" w:right="0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FFFF"/>
                <w:sz w:val="34"/>
              </w:rPr>
              <w:t>下载 App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685800</wp:posOffset>
            </wp:positionH>
            <wp:positionV relativeFrom="page">
              <wp:posOffset>485140</wp:posOffset>
            </wp:positionV>
            <wp:extent cx="1209039" cy="553719"/>
            <wp:wrapNone/>
            <wp:docPr id="181" name="Picture 18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09039" cy="553719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800100</wp:posOffset>
            </wp:positionH>
            <wp:positionV relativeFrom="page">
              <wp:posOffset>2296160</wp:posOffset>
            </wp:positionV>
            <wp:extent cx="5971540" cy="7980680"/>
            <wp:wrapNone/>
            <wp:docPr id="182" name="Picture 18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143"/>
                    <a:stretch>
                      <a:fillRect/>
                    </a:stretch>
                  </pic:blipFill>
                  <pic:spPr>
                    <a:xfrm>
                      <a:off x="0" y="0"/>
                      <a:ext cx="5971540" cy="798068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355600</wp:posOffset>
            </wp:positionH>
            <wp:positionV relativeFrom="page">
              <wp:posOffset>355600</wp:posOffset>
            </wp:positionV>
            <wp:extent cx="6858000" cy="10336530"/>
            <wp:wrapNone/>
            <wp:docPr id="183" name="Picture 18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144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033653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sectPr>
          <w:pgSz w:w="11899" w:h="16838"/>
          <w:pgMar w:top="682" w:right="1194" w:bottom="1440" w:left="1800" w:header="720" w:footer="720" w:gutter="0"/>
          <w:cols w:num="1" w:equalWidth="0">
            <w:col w:w="8906" w:space="0"/>
          </w:cols>
          <w:docGrid w:linePitch="360"/>
        </w:sectPr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920.0" w:type="dxa"/>
      </w:tblPr>
      <w:tblGrid>
        <w:gridCol w:w="3280"/>
        <w:gridCol w:w="1740"/>
        <w:gridCol w:w="1940"/>
      </w:tblGrid>
      <w:tr>
        <w:trPr>
          <w:trHeight w:hRule="exact" w:val="712"/>
        </w:trPr>
        <w:tc>
          <w:tcPr>
            <w:tcW w:type="dxa" w:w="32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538" w:lineRule="exact" w:before="0" w:after="0"/>
              <w:ind w:left="0" w:right="744" w:firstLine="0"/>
              <w:jc w:val="right"/>
            </w:pPr>
            <w:r>
              <w:rPr>
                <w:rFonts w:ascii="Times New Roman" w:hAnsi="Times New Roman" w:eastAsia="Times New Roman"/>
                <w:b w:val="0"/>
                <w:i w:val="0"/>
                <w:color w:val="999999"/>
                <w:sz w:val="48"/>
              </w:rPr>
              <w:t>66</w:t>
            </w:r>
          </w:p>
        </w:tc>
        <w:tc>
          <w:tcPr>
            <w:tcW w:type="dxa" w:w="17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2" w:lineRule="exact" w:before="376" w:after="0"/>
              <w:ind w:left="0" w:right="486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6699"/>
                <w:sz w:val="24"/>
              </w:rPr>
              <w:t>登录</w:t>
            </w:r>
          </w:p>
        </w:tc>
        <w:tc>
          <w:tcPr>
            <w:tcW w:type="dxa" w:w="19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396" w:lineRule="exact" w:before="316" w:after="0"/>
              <w:ind w:left="0" w:right="0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FFFF"/>
                <w:sz w:val="34"/>
              </w:rPr>
              <w:t>下载 App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685800</wp:posOffset>
            </wp:positionH>
            <wp:positionV relativeFrom="page">
              <wp:posOffset>485140</wp:posOffset>
            </wp:positionV>
            <wp:extent cx="1209039" cy="553719"/>
            <wp:wrapNone/>
            <wp:docPr id="184" name="Picture 18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09039" cy="553719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800100</wp:posOffset>
            </wp:positionH>
            <wp:positionV relativeFrom="page">
              <wp:posOffset>2296160</wp:posOffset>
            </wp:positionV>
            <wp:extent cx="5971540" cy="7980680"/>
            <wp:wrapNone/>
            <wp:docPr id="185" name="Picture 18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145"/>
                    <a:stretch>
                      <a:fillRect/>
                    </a:stretch>
                  </pic:blipFill>
                  <pic:spPr>
                    <a:xfrm>
                      <a:off x="0" y="0"/>
                      <a:ext cx="5971540" cy="798068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355600</wp:posOffset>
            </wp:positionH>
            <wp:positionV relativeFrom="page">
              <wp:posOffset>355600</wp:posOffset>
            </wp:positionV>
            <wp:extent cx="6858000" cy="10336530"/>
            <wp:wrapNone/>
            <wp:docPr id="186" name="Picture 18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146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033653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sectPr>
          <w:pgSz w:w="11899" w:h="16838"/>
          <w:pgMar w:top="682" w:right="1194" w:bottom="1440" w:left="1800" w:header="720" w:footer="720" w:gutter="0"/>
          <w:cols w:num="1" w:equalWidth="0">
            <w:col w:w="8906" w:space="0"/>
          </w:cols>
          <w:docGrid w:linePitch="360"/>
        </w:sectPr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940.0" w:type="dxa"/>
      </w:tblPr>
      <w:tblGrid>
        <w:gridCol w:w="3260"/>
        <w:gridCol w:w="1740"/>
        <w:gridCol w:w="1940"/>
      </w:tblGrid>
      <w:tr>
        <w:trPr>
          <w:trHeight w:hRule="exact" w:val="712"/>
        </w:trPr>
        <w:tc>
          <w:tcPr>
            <w:tcW w:type="dxa" w:w="32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538" w:lineRule="exact" w:before="0" w:after="0"/>
              <w:ind w:left="0" w:right="764" w:firstLine="0"/>
              <w:jc w:val="right"/>
            </w:pPr>
            <w:r>
              <w:rPr>
                <w:rFonts w:ascii="Times New Roman" w:hAnsi="Times New Roman" w:eastAsia="Times New Roman"/>
                <w:b w:val="0"/>
                <w:i w:val="0"/>
                <w:color w:val="999999"/>
                <w:sz w:val="48"/>
              </w:rPr>
              <w:t>67</w:t>
            </w:r>
          </w:p>
        </w:tc>
        <w:tc>
          <w:tcPr>
            <w:tcW w:type="dxa" w:w="17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2" w:lineRule="exact" w:before="376" w:after="0"/>
              <w:ind w:left="0" w:right="486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6699"/>
                <w:sz w:val="24"/>
              </w:rPr>
              <w:t>登录</w:t>
            </w:r>
          </w:p>
        </w:tc>
        <w:tc>
          <w:tcPr>
            <w:tcW w:type="dxa" w:w="19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396" w:lineRule="exact" w:before="316" w:after="0"/>
              <w:ind w:left="0" w:right="0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FFFF"/>
                <w:sz w:val="34"/>
              </w:rPr>
              <w:t>下载 App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685800</wp:posOffset>
            </wp:positionH>
            <wp:positionV relativeFrom="page">
              <wp:posOffset>485140</wp:posOffset>
            </wp:positionV>
            <wp:extent cx="1209039" cy="553719"/>
            <wp:wrapNone/>
            <wp:docPr id="187" name="Picture 18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09039" cy="553719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800100</wp:posOffset>
            </wp:positionH>
            <wp:positionV relativeFrom="page">
              <wp:posOffset>2296160</wp:posOffset>
            </wp:positionV>
            <wp:extent cx="5971540" cy="7980680"/>
            <wp:wrapNone/>
            <wp:docPr id="188" name="Picture 18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147"/>
                    <a:stretch>
                      <a:fillRect/>
                    </a:stretch>
                  </pic:blipFill>
                  <pic:spPr>
                    <a:xfrm>
                      <a:off x="0" y="0"/>
                      <a:ext cx="5971540" cy="798068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355600</wp:posOffset>
            </wp:positionH>
            <wp:positionV relativeFrom="page">
              <wp:posOffset>355600</wp:posOffset>
            </wp:positionV>
            <wp:extent cx="6858000" cy="10336530"/>
            <wp:wrapNone/>
            <wp:docPr id="189" name="Picture 18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148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033653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sectPr>
          <w:pgSz w:w="11899" w:h="16838"/>
          <w:pgMar w:top="682" w:right="1194" w:bottom="1440" w:left="1800" w:header="720" w:footer="720" w:gutter="0"/>
          <w:cols w:num="1" w:equalWidth="0">
            <w:col w:w="8906" w:space="0"/>
          </w:cols>
          <w:docGrid w:linePitch="360"/>
        </w:sectPr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920.0" w:type="dxa"/>
      </w:tblPr>
      <w:tblGrid>
        <w:gridCol w:w="3280"/>
        <w:gridCol w:w="1740"/>
        <w:gridCol w:w="1940"/>
      </w:tblGrid>
      <w:tr>
        <w:trPr>
          <w:trHeight w:hRule="exact" w:val="712"/>
        </w:trPr>
        <w:tc>
          <w:tcPr>
            <w:tcW w:type="dxa" w:w="32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538" w:lineRule="exact" w:before="0" w:after="0"/>
              <w:ind w:left="0" w:right="746" w:firstLine="0"/>
              <w:jc w:val="right"/>
            </w:pPr>
            <w:r>
              <w:rPr>
                <w:rFonts w:ascii="Times New Roman" w:hAnsi="Times New Roman" w:eastAsia="Times New Roman"/>
                <w:b w:val="0"/>
                <w:i w:val="0"/>
                <w:color w:val="999999"/>
                <w:sz w:val="48"/>
              </w:rPr>
              <w:t>68</w:t>
            </w:r>
          </w:p>
        </w:tc>
        <w:tc>
          <w:tcPr>
            <w:tcW w:type="dxa" w:w="17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2" w:lineRule="exact" w:before="376" w:after="0"/>
              <w:ind w:left="0" w:right="486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6699"/>
                <w:sz w:val="24"/>
              </w:rPr>
              <w:t>登录</w:t>
            </w:r>
          </w:p>
        </w:tc>
        <w:tc>
          <w:tcPr>
            <w:tcW w:type="dxa" w:w="19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396" w:lineRule="exact" w:before="316" w:after="0"/>
              <w:ind w:left="0" w:right="0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FFFF"/>
                <w:sz w:val="34"/>
              </w:rPr>
              <w:t>下载 App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685800</wp:posOffset>
            </wp:positionH>
            <wp:positionV relativeFrom="page">
              <wp:posOffset>485140</wp:posOffset>
            </wp:positionV>
            <wp:extent cx="1209039" cy="553719"/>
            <wp:wrapNone/>
            <wp:docPr id="190" name="Picture 19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09039" cy="553719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800100</wp:posOffset>
            </wp:positionH>
            <wp:positionV relativeFrom="page">
              <wp:posOffset>2296160</wp:posOffset>
            </wp:positionV>
            <wp:extent cx="5971540" cy="7980680"/>
            <wp:wrapNone/>
            <wp:docPr id="191" name="Picture 19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149"/>
                    <a:stretch>
                      <a:fillRect/>
                    </a:stretch>
                  </pic:blipFill>
                  <pic:spPr>
                    <a:xfrm>
                      <a:off x="0" y="0"/>
                      <a:ext cx="5971540" cy="798068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355600</wp:posOffset>
            </wp:positionH>
            <wp:positionV relativeFrom="page">
              <wp:posOffset>355600</wp:posOffset>
            </wp:positionV>
            <wp:extent cx="6858000" cy="10336530"/>
            <wp:wrapNone/>
            <wp:docPr id="192" name="Picture 19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150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033653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sectPr>
          <w:pgSz w:w="11899" w:h="16838"/>
          <w:pgMar w:top="682" w:right="1194" w:bottom="1440" w:left="1800" w:header="720" w:footer="720" w:gutter="0"/>
          <w:cols w:num="1" w:equalWidth="0">
            <w:col w:w="8906" w:space="0"/>
          </w:cols>
          <w:docGrid w:linePitch="360"/>
        </w:sectPr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920.0" w:type="dxa"/>
      </w:tblPr>
      <w:tblGrid>
        <w:gridCol w:w="3280"/>
        <w:gridCol w:w="1740"/>
        <w:gridCol w:w="1940"/>
      </w:tblGrid>
      <w:tr>
        <w:trPr>
          <w:trHeight w:hRule="exact" w:val="712"/>
        </w:trPr>
        <w:tc>
          <w:tcPr>
            <w:tcW w:type="dxa" w:w="32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540" w:lineRule="exact" w:before="0" w:after="0"/>
              <w:ind w:left="0" w:right="744" w:firstLine="0"/>
              <w:jc w:val="right"/>
            </w:pPr>
            <w:r>
              <w:rPr>
                <w:rFonts w:ascii="Times New Roman" w:hAnsi="Times New Roman" w:eastAsia="Times New Roman"/>
                <w:b w:val="0"/>
                <w:i w:val="0"/>
                <w:color w:val="999999"/>
                <w:sz w:val="48"/>
              </w:rPr>
              <w:t>69</w:t>
            </w:r>
          </w:p>
        </w:tc>
        <w:tc>
          <w:tcPr>
            <w:tcW w:type="dxa" w:w="17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2" w:lineRule="exact" w:before="376" w:after="0"/>
              <w:ind w:left="0" w:right="486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6699"/>
                <w:sz w:val="24"/>
              </w:rPr>
              <w:t>登录</w:t>
            </w:r>
          </w:p>
        </w:tc>
        <w:tc>
          <w:tcPr>
            <w:tcW w:type="dxa" w:w="19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396" w:lineRule="exact" w:before="316" w:after="0"/>
              <w:ind w:left="0" w:right="0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FFFF"/>
                <w:sz w:val="34"/>
              </w:rPr>
              <w:t>下载 App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685800</wp:posOffset>
            </wp:positionH>
            <wp:positionV relativeFrom="page">
              <wp:posOffset>485140</wp:posOffset>
            </wp:positionV>
            <wp:extent cx="1209039" cy="553719"/>
            <wp:wrapNone/>
            <wp:docPr id="193" name="Picture 19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09039" cy="553719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800100</wp:posOffset>
            </wp:positionH>
            <wp:positionV relativeFrom="page">
              <wp:posOffset>2296160</wp:posOffset>
            </wp:positionV>
            <wp:extent cx="5971540" cy="7980680"/>
            <wp:wrapNone/>
            <wp:docPr id="194" name="Picture 19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151"/>
                    <a:stretch>
                      <a:fillRect/>
                    </a:stretch>
                  </pic:blipFill>
                  <pic:spPr>
                    <a:xfrm>
                      <a:off x="0" y="0"/>
                      <a:ext cx="5971540" cy="798068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355600</wp:posOffset>
            </wp:positionH>
            <wp:positionV relativeFrom="page">
              <wp:posOffset>355600</wp:posOffset>
            </wp:positionV>
            <wp:extent cx="6858000" cy="10336530"/>
            <wp:wrapNone/>
            <wp:docPr id="195" name="Picture 19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152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033653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sectPr>
          <w:pgSz w:w="11899" w:h="16838"/>
          <w:pgMar w:top="682" w:right="1194" w:bottom="1440" w:left="1800" w:header="720" w:footer="720" w:gutter="0"/>
          <w:cols w:num="1" w:equalWidth="0">
            <w:col w:w="8906" w:space="0"/>
          </w:cols>
          <w:docGrid w:linePitch="360"/>
        </w:sectPr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920.0" w:type="dxa"/>
      </w:tblPr>
      <w:tblGrid>
        <w:gridCol w:w="3280"/>
        <w:gridCol w:w="1740"/>
        <w:gridCol w:w="1940"/>
      </w:tblGrid>
      <w:tr>
        <w:trPr>
          <w:trHeight w:hRule="exact" w:val="712"/>
        </w:trPr>
        <w:tc>
          <w:tcPr>
            <w:tcW w:type="dxa" w:w="32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540" w:lineRule="exact" w:before="0" w:after="0"/>
              <w:ind w:left="0" w:right="750" w:firstLine="0"/>
              <w:jc w:val="right"/>
            </w:pPr>
            <w:r>
              <w:rPr>
                <w:rFonts w:ascii="Times New Roman" w:hAnsi="Times New Roman" w:eastAsia="Times New Roman"/>
                <w:b w:val="0"/>
                <w:i w:val="0"/>
                <w:color w:val="999999"/>
                <w:sz w:val="48"/>
              </w:rPr>
              <w:t>70</w:t>
            </w:r>
          </w:p>
        </w:tc>
        <w:tc>
          <w:tcPr>
            <w:tcW w:type="dxa" w:w="17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2" w:lineRule="exact" w:before="376" w:after="0"/>
              <w:ind w:left="0" w:right="486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6699"/>
                <w:sz w:val="24"/>
              </w:rPr>
              <w:t>登录</w:t>
            </w:r>
          </w:p>
        </w:tc>
        <w:tc>
          <w:tcPr>
            <w:tcW w:type="dxa" w:w="19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396" w:lineRule="exact" w:before="316" w:after="0"/>
              <w:ind w:left="0" w:right="0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FFFF"/>
                <w:sz w:val="34"/>
              </w:rPr>
              <w:t>下载 App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685800</wp:posOffset>
            </wp:positionH>
            <wp:positionV relativeFrom="page">
              <wp:posOffset>485140</wp:posOffset>
            </wp:positionV>
            <wp:extent cx="1209039" cy="553719"/>
            <wp:wrapNone/>
            <wp:docPr id="196" name="Picture 19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09039" cy="553719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800100</wp:posOffset>
            </wp:positionH>
            <wp:positionV relativeFrom="page">
              <wp:posOffset>2296160</wp:posOffset>
            </wp:positionV>
            <wp:extent cx="5971540" cy="7980680"/>
            <wp:wrapNone/>
            <wp:docPr id="197" name="Picture 19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153"/>
                    <a:stretch>
                      <a:fillRect/>
                    </a:stretch>
                  </pic:blipFill>
                  <pic:spPr>
                    <a:xfrm>
                      <a:off x="0" y="0"/>
                      <a:ext cx="5971540" cy="798068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355600</wp:posOffset>
            </wp:positionH>
            <wp:positionV relativeFrom="page">
              <wp:posOffset>355600</wp:posOffset>
            </wp:positionV>
            <wp:extent cx="6858000" cy="10336530"/>
            <wp:wrapNone/>
            <wp:docPr id="198" name="Picture 19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154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033653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sectPr>
          <w:pgSz w:w="11899" w:h="16838"/>
          <w:pgMar w:top="682" w:right="1194" w:bottom="1440" w:left="1800" w:header="720" w:footer="720" w:gutter="0"/>
          <w:cols w:num="1" w:equalWidth="0">
            <w:col w:w="8906" w:space="0"/>
          </w:cols>
          <w:docGrid w:linePitch="360"/>
        </w:sectPr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940.0" w:type="dxa"/>
      </w:tblPr>
      <w:tblGrid>
        <w:gridCol w:w="3240"/>
        <w:gridCol w:w="1760"/>
        <w:gridCol w:w="1940"/>
      </w:tblGrid>
      <w:tr>
        <w:trPr>
          <w:trHeight w:hRule="exact" w:val="712"/>
        </w:trPr>
        <w:tc>
          <w:tcPr>
            <w:tcW w:type="dxa" w:w="32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540" w:lineRule="exact" w:before="0" w:after="0"/>
              <w:ind w:left="0" w:right="768" w:firstLine="0"/>
              <w:jc w:val="right"/>
            </w:pPr>
            <w:r>
              <w:rPr>
                <w:rFonts w:ascii="Times New Roman" w:hAnsi="Times New Roman" w:eastAsia="Times New Roman"/>
                <w:b w:val="0"/>
                <w:i w:val="0"/>
                <w:color w:val="999999"/>
                <w:sz w:val="48"/>
              </w:rPr>
              <w:t>71</w:t>
            </w:r>
          </w:p>
        </w:tc>
        <w:tc>
          <w:tcPr>
            <w:tcW w:type="dxa" w:w="17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2" w:lineRule="exact" w:before="376" w:after="0"/>
              <w:ind w:left="0" w:right="486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6699"/>
                <w:sz w:val="24"/>
              </w:rPr>
              <w:t>登录</w:t>
            </w:r>
          </w:p>
        </w:tc>
        <w:tc>
          <w:tcPr>
            <w:tcW w:type="dxa" w:w="19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396" w:lineRule="exact" w:before="316" w:after="0"/>
              <w:ind w:left="0" w:right="0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FFFF"/>
                <w:sz w:val="34"/>
              </w:rPr>
              <w:t>下载 App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685800</wp:posOffset>
            </wp:positionH>
            <wp:positionV relativeFrom="page">
              <wp:posOffset>485140</wp:posOffset>
            </wp:positionV>
            <wp:extent cx="1209039" cy="553719"/>
            <wp:wrapNone/>
            <wp:docPr id="199" name="Picture 19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09039" cy="553719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800100</wp:posOffset>
            </wp:positionH>
            <wp:positionV relativeFrom="page">
              <wp:posOffset>2296160</wp:posOffset>
            </wp:positionV>
            <wp:extent cx="5971540" cy="7980680"/>
            <wp:wrapNone/>
            <wp:docPr id="200" name="Picture 20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155"/>
                    <a:stretch>
                      <a:fillRect/>
                    </a:stretch>
                  </pic:blipFill>
                  <pic:spPr>
                    <a:xfrm>
                      <a:off x="0" y="0"/>
                      <a:ext cx="5971540" cy="798068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355600</wp:posOffset>
            </wp:positionH>
            <wp:positionV relativeFrom="page">
              <wp:posOffset>355600</wp:posOffset>
            </wp:positionV>
            <wp:extent cx="6858000" cy="10336530"/>
            <wp:wrapNone/>
            <wp:docPr id="201" name="Picture 20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156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033653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sectPr>
          <w:pgSz w:w="11899" w:h="16838"/>
          <w:pgMar w:top="682" w:right="1194" w:bottom="1440" w:left="1800" w:header="720" w:footer="720" w:gutter="0"/>
          <w:cols w:num="1" w:equalWidth="0">
            <w:col w:w="8906" w:space="0"/>
          </w:cols>
          <w:docGrid w:linePitch="360"/>
        </w:sectPr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940.0" w:type="dxa"/>
      </w:tblPr>
      <w:tblGrid>
        <w:gridCol w:w="3260"/>
        <w:gridCol w:w="1740"/>
        <w:gridCol w:w="1940"/>
      </w:tblGrid>
      <w:tr>
        <w:trPr>
          <w:trHeight w:hRule="exact" w:val="712"/>
        </w:trPr>
        <w:tc>
          <w:tcPr>
            <w:tcW w:type="dxa" w:w="32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540" w:lineRule="exact" w:before="0" w:after="0"/>
              <w:ind w:left="0" w:right="764" w:firstLine="0"/>
              <w:jc w:val="right"/>
            </w:pPr>
            <w:r>
              <w:rPr>
                <w:rFonts w:ascii="Times New Roman" w:hAnsi="Times New Roman" w:eastAsia="Times New Roman"/>
                <w:b w:val="0"/>
                <w:i w:val="0"/>
                <w:color w:val="999999"/>
                <w:sz w:val="48"/>
              </w:rPr>
              <w:t>72</w:t>
            </w:r>
          </w:p>
        </w:tc>
        <w:tc>
          <w:tcPr>
            <w:tcW w:type="dxa" w:w="17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2" w:lineRule="exact" w:before="376" w:after="0"/>
              <w:ind w:left="0" w:right="486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6699"/>
                <w:sz w:val="24"/>
              </w:rPr>
              <w:t>登录</w:t>
            </w:r>
          </w:p>
        </w:tc>
        <w:tc>
          <w:tcPr>
            <w:tcW w:type="dxa" w:w="19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396" w:lineRule="exact" w:before="316" w:after="0"/>
              <w:ind w:left="0" w:right="0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FFFF"/>
                <w:sz w:val="34"/>
              </w:rPr>
              <w:t>下载 App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685800</wp:posOffset>
            </wp:positionH>
            <wp:positionV relativeFrom="page">
              <wp:posOffset>485140</wp:posOffset>
            </wp:positionV>
            <wp:extent cx="1209039" cy="553719"/>
            <wp:wrapNone/>
            <wp:docPr id="202" name="Picture 20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09039" cy="553719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800100</wp:posOffset>
            </wp:positionH>
            <wp:positionV relativeFrom="page">
              <wp:posOffset>2296160</wp:posOffset>
            </wp:positionV>
            <wp:extent cx="5971540" cy="7980680"/>
            <wp:wrapNone/>
            <wp:docPr id="203" name="Picture 20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157"/>
                    <a:stretch>
                      <a:fillRect/>
                    </a:stretch>
                  </pic:blipFill>
                  <pic:spPr>
                    <a:xfrm>
                      <a:off x="0" y="0"/>
                      <a:ext cx="5971540" cy="798068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355600</wp:posOffset>
            </wp:positionH>
            <wp:positionV relativeFrom="page">
              <wp:posOffset>355600</wp:posOffset>
            </wp:positionV>
            <wp:extent cx="6858000" cy="10336530"/>
            <wp:wrapNone/>
            <wp:docPr id="204" name="Picture 20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158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033653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sectPr>
          <w:pgSz w:w="11899" w:h="16838"/>
          <w:pgMar w:top="682" w:right="1194" w:bottom="1440" w:left="1800" w:header="720" w:footer="720" w:gutter="0"/>
          <w:cols w:num="1" w:equalWidth="0">
            <w:col w:w="8906" w:space="0"/>
          </w:cols>
          <w:docGrid w:linePitch="360"/>
        </w:sectPr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940.0" w:type="dxa"/>
      </w:tblPr>
      <w:tblGrid>
        <w:gridCol w:w="3260"/>
        <w:gridCol w:w="1740"/>
        <w:gridCol w:w="1940"/>
      </w:tblGrid>
      <w:tr>
        <w:trPr>
          <w:trHeight w:hRule="exact" w:val="712"/>
        </w:trPr>
        <w:tc>
          <w:tcPr>
            <w:tcW w:type="dxa" w:w="32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540" w:lineRule="exact" w:before="0" w:after="0"/>
              <w:ind w:left="0" w:right="764" w:firstLine="0"/>
              <w:jc w:val="right"/>
            </w:pPr>
            <w:r>
              <w:rPr>
                <w:rFonts w:ascii="Times New Roman" w:hAnsi="Times New Roman" w:eastAsia="Times New Roman"/>
                <w:b w:val="0"/>
                <w:i w:val="0"/>
                <w:color w:val="999999"/>
                <w:sz w:val="48"/>
              </w:rPr>
              <w:t>73</w:t>
            </w:r>
          </w:p>
        </w:tc>
        <w:tc>
          <w:tcPr>
            <w:tcW w:type="dxa" w:w="17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2" w:lineRule="exact" w:before="376" w:after="0"/>
              <w:ind w:left="0" w:right="486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6699"/>
                <w:sz w:val="24"/>
              </w:rPr>
              <w:t>登录</w:t>
            </w:r>
          </w:p>
        </w:tc>
        <w:tc>
          <w:tcPr>
            <w:tcW w:type="dxa" w:w="19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396" w:lineRule="exact" w:before="316" w:after="0"/>
              <w:ind w:left="0" w:right="0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FFFF"/>
                <w:sz w:val="34"/>
              </w:rPr>
              <w:t>下载 App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685800</wp:posOffset>
            </wp:positionH>
            <wp:positionV relativeFrom="page">
              <wp:posOffset>485140</wp:posOffset>
            </wp:positionV>
            <wp:extent cx="1209039" cy="553719"/>
            <wp:wrapNone/>
            <wp:docPr id="205" name="Picture 20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09039" cy="553719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800100</wp:posOffset>
            </wp:positionH>
            <wp:positionV relativeFrom="page">
              <wp:posOffset>2296160</wp:posOffset>
            </wp:positionV>
            <wp:extent cx="5971540" cy="7980680"/>
            <wp:wrapNone/>
            <wp:docPr id="206" name="Picture 20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159"/>
                    <a:stretch>
                      <a:fillRect/>
                    </a:stretch>
                  </pic:blipFill>
                  <pic:spPr>
                    <a:xfrm>
                      <a:off x="0" y="0"/>
                      <a:ext cx="5971540" cy="798068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355600</wp:posOffset>
            </wp:positionH>
            <wp:positionV relativeFrom="page">
              <wp:posOffset>355600</wp:posOffset>
            </wp:positionV>
            <wp:extent cx="6858000" cy="10336530"/>
            <wp:wrapNone/>
            <wp:docPr id="207" name="Picture 20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160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033653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sectPr>
          <w:pgSz w:w="11899" w:h="16838"/>
          <w:pgMar w:top="682" w:right="1194" w:bottom="1440" w:left="1800" w:header="720" w:footer="720" w:gutter="0"/>
          <w:cols w:num="1" w:equalWidth="0">
            <w:col w:w="8906" w:space="0"/>
          </w:cols>
          <w:docGrid w:linePitch="360"/>
        </w:sectPr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940.0" w:type="dxa"/>
      </w:tblPr>
      <w:tblGrid>
        <w:gridCol w:w="3260"/>
        <w:gridCol w:w="1740"/>
        <w:gridCol w:w="1940"/>
      </w:tblGrid>
      <w:tr>
        <w:trPr>
          <w:trHeight w:hRule="exact" w:val="712"/>
        </w:trPr>
        <w:tc>
          <w:tcPr>
            <w:tcW w:type="dxa" w:w="32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540" w:lineRule="exact" w:before="0" w:after="0"/>
              <w:ind w:left="0" w:right="764" w:firstLine="0"/>
              <w:jc w:val="right"/>
            </w:pPr>
            <w:r>
              <w:rPr>
                <w:rFonts w:ascii="Times New Roman" w:hAnsi="Times New Roman" w:eastAsia="Times New Roman"/>
                <w:b w:val="0"/>
                <w:i w:val="0"/>
                <w:color w:val="999999"/>
                <w:sz w:val="48"/>
              </w:rPr>
              <w:t>74</w:t>
            </w:r>
          </w:p>
        </w:tc>
        <w:tc>
          <w:tcPr>
            <w:tcW w:type="dxa" w:w="17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2" w:lineRule="exact" w:before="376" w:after="0"/>
              <w:ind w:left="0" w:right="486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6699"/>
                <w:sz w:val="24"/>
              </w:rPr>
              <w:t>登录</w:t>
            </w:r>
          </w:p>
        </w:tc>
        <w:tc>
          <w:tcPr>
            <w:tcW w:type="dxa" w:w="19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396" w:lineRule="exact" w:before="316" w:after="0"/>
              <w:ind w:left="0" w:right="0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FFFF"/>
                <w:sz w:val="34"/>
              </w:rPr>
              <w:t>下载 App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685800</wp:posOffset>
            </wp:positionH>
            <wp:positionV relativeFrom="page">
              <wp:posOffset>485140</wp:posOffset>
            </wp:positionV>
            <wp:extent cx="1209039" cy="553719"/>
            <wp:wrapNone/>
            <wp:docPr id="208" name="Picture 20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09039" cy="553719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800100</wp:posOffset>
            </wp:positionH>
            <wp:positionV relativeFrom="page">
              <wp:posOffset>2296160</wp:posOffset>
            </wp:positionV>
            <wp:extent cx="5971540" cy="7980680"/>
            <wp:wrapNone/>
            <wp:docPr id="209" name="Picture 20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161"/>
                    <a:stretch>
                      <a:fillRect/>
                    </a:stretch>
                  </pic:blipFill>
                  <pic:spPr>
                    <a:xfrm>
                      <a:off x="0" y="0"/>
                      <a:ext cx="5971540" cy="798068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355600</wp:posOffset>
            </wp:positionH>
            <wp:positionV relativeFrom="page">
              <wp:posOffset>355600</wp:posOffset>
            </wp:positionV>
            <wp:extent cx="6858000" cy="10336530"/>
            <wp:wrapNone/>
            <wp:docPr id="210" name="Picture 21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162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033653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sectPr>
          <w:pgSz w:w="11899" w:h="16838"/>
          <w:pgMar w:top="682" w:right="1194" w:bottom="1440" w:left="1800" w:header="720" w:footer="720" w:gutter="0"/>
          <w:cols w:num="1" w:equalWidth="0">
            <w:col w:w="8906" w:space="0"/>
          </w:cols>
          <w:docGrid w:linePitch="360"/>
        </w:sectPr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940.0" w:type="dxa"/>
      </w:tblPr>
      <w:tblGrid>
        <w:gridCol w:w="3260"/>
        <w:gridCol w:w="1740"/>
        <w:gridCol w:w="1940"/>
      </w:tblGrid>
      <w:tr>
        <w:trPr>
          <w:trHeight w:hRule="exact" w:val="712"/>
        </w:trPr>
        <w:tc>
          <w:tcPr>
            <w:tcW w:type="dxa" w:w="32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538" w:lineRule="exact" w:before="0" w:after="0"/>
              <w:ind w:left="0" w:right="758" w:firstLine="0"/>
              <w:jc w:val="right"/>
            </w:pPr>
            <w:r>
              <w:rPr>
                <w:rFonts w:ascii="Times New Roman" w:hAnsi="Times New Roman" w:eastAsia="Times New Roman"/>
                <w:b w:val="0"/>
                <w:i w:val="0"/>
                <w:color w:val="999999"/>
                <w:sz w:val="48"/>
              </w:rPr>
              <w:t>75</w:t>
            </w:r>
          </w:p>
        </w:tc>
        <w:tc>
          <w:tcPr>
            <w:tcW w:type="dxa" w:w="17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2" w:lineRule="exact" w:before="376" w:after="0"/>
              <w:ind w:left="0" w:right="486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6699"/>
                <w:sz w:val="24"/>
              </w:rPr>
              <w:t>登录</w:t>
            </w:r>
          </w:p>
        </w:tc>
        <w:tc>
          <w:tcPr>
            <w:tcW w:type="dxa" w:w="19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396" w:lineRule="exact" w:before="316" w:after="0"/>
              <w:ind w:left="0" w:right="0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FFFF"/>
                <w:sz w:val="34"/>
              </w:rPr>
              <w:t>下载 App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685800</wp:posOffset>
            </wp:positionH>
            <wp:positionV relativeFrom="page">
              <wp:posOffset>485140</wp:posOffset>
            </wp:positionV>
            <wp:extent cx="1209039" cy="553719"/>
            <wp:wrapNone/>
            <wp:docPr id="211" name="Picture 21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09039" cy="553719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800100</wp:posOffset>
            </wp:positionH>
            <wp:positionV relativeFrom="page">
              <wp:posOffset>2296160</wp:posOffset>
            </wp:positionV>
            <wp:extent cx="5971540" cy="7980680"/>
            <wp:wrapNone/>
            <wp:docPr id="212" name="Picture 21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163"/>
                    <a:stretch>
                      <a:fillRect/>
                    </a:stretch>
                  </pic:blipFill>
                  <pic:spPr>
                    <a:xfrm>
                      <a:off x="0" y="0"/>
                      <a:ext cx="5971540" cy="798068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355600</wp:posOffset>
            </wp:positionH>
            <wp:positionV relativeFrom="page">
              <wp:posOffset>355600</wp:posOffset>
            </wp:positionV>
            <wp:extent cx="6858000" cy="10336530"/>
            <wp:wrapNone/>
            <wp:docPr id="213" name="Picture 21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164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033653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sectPr>
          <w:pgSz w:w="11899" w:h="16838"/>
          <w:pgMar w:top="682" w:right="1194" w:bottom="1440" w:left="1800" w:header="720" w:footer="720" w:gutter="0"/>
          <w:cols w:num="1" w:equalWidth="0">
            <w:col w:w="8906" w:space="0"/>
          </w:cols>
          <w:docGrid w:linePitch="360"/>
        </w:sectPr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250.0" w:type="dxa"/>
      </w:tblPr>
      <w:tblGrid>
        <w:gridCol w:w="1820"/>
        <w:gridCol w:w="4200"/>
        <w:gridCol w:w="1720"/>
        <w:gridCol w:w="2200"/>
      </w:tblGrid>
      <w:tr>
        <w:trPr>
          <w:trHeight w:hRule="exact" w:val="3278"/>
        </w:trPr>
        <w:tc>
          <w:tcPr>
            <w:tcW w:type="dxa" w:w="1820"/>
            <w:vMerge w:val="restart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376" w:lineRule="exact" w:before="6066" w:after="0"/>
              <w:ind w:left="260" w:right="0" w:firstLine="0"/>
              <w:jc w:val="lef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61666D"/>
                <w:sz w:val="37"/>
              </w:rPr>
              <w:t>漫画版</w:t>
            </w:r>
          </w:p>
        </w:tc>
        <w:tc>
          <w:tcPr>
            <w:tcW w:type="dxa" w:w="420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538" w:lineRule="exact" w:before="0" w:after="0"/>
              <w:ind w:left="0" w:right="784" w:firstLine="0"/>
              <w:jc w:val="right"/>
            </w:pPr>
            <w:r>
              <w:rPr>
                <w:rFonts w:ascii="Times New Roman" w:hAnsi="Times New Roman" w:eastAsia="Times New Roman"/>
                <w:b w:val="0"/>
                <w:i w:val="0"/>
                <w:color w:val="999999"/>
                <w:sz w:val="48"/>
              </w:rPr>
              <w:t>76</w:t>
            </w:r>
          </w:p>
        </w:tc>
        <w:tc>
          <w:tcPr>
            <w:tcW w:type="dxa" w:w="1720"/>
            <w:vMerge w:val="restart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2" w:lineRule="exact" w:before="376" w:after="0"/>
              <w:ind w:left="0" w:right="486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6699"/>
                <w:sz w:val="24"/>
              </w:rPr>
              <w:t>登录</w:t>
            </w:r>
          </w:p>
        </w:tc>
        <w:tc>
          <w:tcPr>
            <w:tcW w:type="dxa" w:w="2200"/>
            <w:vMerge w:val="restart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396" w:lineRule="exact" w:before="316" w:after="0"/>
              <w:ind w:left="498" w:right="0" w:firstLine="0"/>
              <w:jc w:val="lef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FFFF"/>
                <w:sz w:val="34"/>
              </w:rPr>
              <w:t>下载 App</w:t>
            </w:r>
          </w:p>
        </w:tc>
      </w:tr>
      <w:tr>
        <w:trPr>
          <w:trHeight w:hRule="exact" w:val="3184"/>
        </w:trPr>
        <w:tc>
          <w:tcPr>
            <w:tcW w:type="dxa" w:w="2611"/>
            <w:vMerge/>
            <w:tcBorders/>
            <w:tcMar>
              <w:start w:w="0" w:type="dxa"/>
              <w:end w:w="0" w:type="dxa"/>
            </w:tcMar>
          </w:tcPr>
          <w:p/>
        </w:tc>
        <w:tc>
          <w:tcPr>
            <w:tcW w:type="dxa" w:w="420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394" w:lineRule="exact" w:before="2770" w:after="0"/>
              <w:ind w:left="478" w:right="0" w:firstLine="0"/>
              <w:jc w:val="lef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61666D"/>
                <w:sz w:val="37"/>
              </w:rPr>
              <w:t>《雅思词汇真经》</w:t>
            </w:r>
          </w:p>
        </w:tc>
        <w:tc>
          <w:tcPr>
            <w:tcW w:type="dxa" w:w="2611"/>
            <w:vMerge/>
            <w:tcBorders/>
            <w:tcMar>
              <w:start w:w="0" w:type="dxa"/>
              <w:end w:w="0" w:type="dxa"/>
            </w:tcMar>
          </w:tcPr>
          <w:p/>
        </w:tc>
        <w:tc>
          <w:tcPr>
            <w:tcW w:type="dxa" w:w="2611"/>
            <w:vMerge/>
            <w:tcBorders/>
            <w:tcMar>
              <w:start w:w="0" w:type="dxa"/>
              <w:end w:w="0" w:type="dxa"/>
            </w:tcMar>
          </w:tcPr>
          <w:p/>
        </w:tc>
      </w:tr>
    </w:tbl>
    <w:p>
      <w:pPr>
        <w:autoSpaceDN w:val="0"/>
        <w:tabs>
          <w:tab w:pos="7160" w:val="left"/>
        </w:tabs>
        <w:autoSpaceDE w:val="0"/>
        <w:widowControl/>
        <w:spacing w:line="380" w:lineRule="exact" w:before="1694" w:after="1212"/>
        <w:ind w:left="2780" w:right="0" w:firstLine="0"/>
        <w:jc w:val="left"/>
      </w:pPr>
      <w:r>
        <w:rPr>
          <w:rFonts w:ascii="Times New Roman" w:hAnsi="Times New Roman" w:eastAsia="Times New Roman"/>
          <w:b w:val="0"/>
          <w:i w:val="0"/>
          <w:color w:val="999999"/>
          <w:sz w:val="34"/>
        </w:rPr>
        <w:t xml:space="preserve">195 </w:t>
      </w:r>
      <w:r>
        <w:tab/>
      </w:r>
      <w:r>
        <w:rPr>
          <w:rFonts w:ascii="Times New Roman" w:hAnsi="Times New Roman" w:eastAsia="Times New Roman"/>
          <w:b w:val="0"/>
          <w:i w:val="0"/>
          <w:color w:val="999999"/>
          <w:sz w:val="34"/>
        </w:rPr>
        <w:t>70</w:t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685800</wp:posOffset>
            </wp:positionH>
            <wp:positionV relativeFrom="page">
              <wp:posOffset>485140</wp:posOffset>
            </wp:positionV>
            <wp:extent cx="1209039" cy="553719"/>
            <wp:wrapNone/>
            <wp:docPr id="214" name="Picture 21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09039" cy="553719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800100</wp:posOffset>
            </wp:positionH>
            <wp:positionV relativeFrom="page">
              <wp:posOffset>2076450</wp:posOffset>
            </wp:positionV>
            <wp:extent cx="5971540" cy="1172210"/>
            <wp:wrapNone/>
            <wp:docPr id="215" name="Picture 21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65"/>
                    <a:stretch>
                      <a:fillRect/>
                    </a:stretch>
                  </pic:blipFill>
                  <pic:spPr>
                    <a:xfrm>
                      <a:off x="0" y="0"/>
                      <a:ext cx="5971540" cy="117221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505459</wp:posOffset>
            </wp:positionH>
            <wp:positionV relativeFrom="page">
              <wp:posOffset>7477759</wp:posOffset>
            </wp:positionV>
            <wp:extent cx="284480" cy="284480"/>
            <wp:wrapNone/>
            <wp:docPr id="216" name="Picture 21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166"/>
                    <a:stretch>
                      <a:fillRect/>
                    </a:stretch>
                  </pic:blipFill>
                  <pic:spPr>
                    <a:xfrm>
                      <a:off x="0" y="0"/>
                      <a:ext cx="284480" cy="28448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501650</wp:posOffset>
            </wp:positionH>
            <wp:positionV relativeFrom="page">
              <wp:posOffset>8169909</wp:posOffset>
            </wp:positionV>
            <wp:extent cx="295909" cy="288290"/>
            <wp:wrapNone/>
            <wp:docPr id="217" name="Picture 21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167"/>
                    <a:stretch>
                      <a:fillRect/>
                    </a:stretch>
                  </pic:blipFill>
                  <pic:spPr>
                    <a:xfrm>
                      <a:off x="0" y="0"/>
                      <a:ext cx="295909" cy="28829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501650</wp:posOffset>
            </wp:positionH>
            <wp:positionV relativeFrom="page">
              <wp:posOffset>9779000</wp:posOffset>
            </wp:positionV>
            <wp:extent cx="295909" cy="289559"/>
            <wp:wrapNone/>
            <wp:docPr id="218" name="Picture 21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168"/>
                    <a:stretch>
                      <a:fillRect/>
                    </a:stretch>
                  </pic:blipFill>
                  <pic:spPr>
                    <a:xfrm>
                      <a:off x="0" y="0"/>
                      <a:ext cx="295909" cy="289559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355600</wp:posOffset>
            </wp:positionH>
            <wp:positionV relativeFrom="page">
              <wp:posOffset>355600</wp:posOffset>
            </wp:positionV>
            <wp:extent cx="6858000" cy="10336530"/>
            <wp:wrapNone/>
            <wp:docPr id="219" name="Picture 21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169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033653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sectPr>
          <w:pgSz w:w="11899" w:h="16838"/>
          <w:pgMar w:top="682" w:right="704" w:bottom="852" w:left="750" w:header="720" w:footer="720" w:gutter="0"/>
          <w:cols w:num="1" w:equalWidth="0">
            <w:col w:w="10446" w:space="0"/>
          </w:cols>
          <w:docGrid w:linePitch="360"/>
        </w:sectPr>
      </w:pPr>
    </w:p>
    <w:p>
      <w:pPr>
        <w:autoSpaceDN w:val="0"/>
        <w:autoSpaceDE w:val="0"/>
        <w:widowControl/>
        <w:spacing w:line="404" w:lineRule="exact" w:before="0" w:after="0"/>
        <w:ind w:left="0" w:right="1170" w:firstLine="0"/>
        <w:jc w:val="right"/>
      </w:pPr>
      <w:r>
        <w:rPr>
          <w:rFonts w:ascii="Droid Sans Fallback" w:hAnsi="Droid Sans Fallback" w:eastAsia="Droid Sans Fallback"/>
          <w:b w:val="0"/>
          <w:i w:val="0"/>
          <w:color w:val="FA7299"/>
          <w:sz w:val="40"/>
        </w:rPr>
        <w:t>评论</w:t>
      </w:r>
    </w:p>
    <w:p/>
    <w:p>
      <w:pPr>
        <w:autoSpaceDN w:val="0"/>
        <w:autoSpaceDE w:val="0"/>
        <w:widowControl/>
        <w:spacing w:line="404" w:lineRule="exact" w:before="0" w:after="446"/>
        <w:ind w:left="1172" w:right="0" w:firstLine="0"/>
        <w:jc w:val="left"/>
      </w:pPr>
      <w:r>
        <w:rPr>
          <w:rFonts w:ascii="Droid Sans Fallback" w:hAnsi="Droid Sans Fallback" w:eastAsia="Droid Sans Fallback"/>
          <w:b w:val="0"/>
          <w:i w:val="0"/>
          <w:color w:val="4F4F4F"/>
          <w:sz w:val="40"/>
        </w:rPr>
        <w:t>UP主投稿的视频</w:t>
      </w:r>
    </w:p>
    <w:p>
      <w:pPr>
        <w:sectPr>
          <w:type w:val="continuous"/>
          <w:pgSz w:w="11899" w:h="16838"/>
          <w:pgMar w:top="682" w:right="704" w:bottom="852" w:left="750" w:header="720" w:footer="720" w:gutter="0"/>
          <w:cols w:num="2" w:equalWidth="0">
            <w:col w:w="4136" w:space="0"/>
            <w:col w:w="6309" w:space="0"/>
          </w:cols>
          <w:docGrid w:linePitch="360"/>
        </w:sectPr>
      </w:pPr>
    </w:p>
    <w:p>
      <w:pPr>
        <w:autoSpaceDN w:val="0"/>
        <w:tabs>
          <w:tab w:pos="9586" w:val="left"/>
        </w:tabs>
        <w:autoSpaceDE w:val="0"/>
        <w:widowControl/>
        <w:spacing w:line="276" w:lineRule="exact" w:before="0" w:after="0"/>
        <w:ind w:left="0" w:right="0" w:firstLine="0"/>
        <w:jc w:val="left"/>
      </w:pPr>
      <w:r>
        <w:rPr>
          <w:rFonts w:ascii="Droid Sans Fallback" w:hAnsi="Droid Sans Fallback" w:eastAsia="Droid Sans Fallback"/>
          <w:b w:val="0"/>
          <w:i w:val="0"/>
          <w:color w:val="999999"/>
          <w:sz w:val="18"/>
        </w:rPr>
        <w:t>热⻔评论（6）</w:t>
      </w:r>
      <w:r>
        <w:tab/>
      </w:r>
      <w:r>
        <w:rPr>
          <w:rFonts w:ascii="Times New Roman" w:hAnsi="Times New Roman" w:eastAsia="Times New Roman"/>
          <w:b w:val="0"/>
          <w:i w:val="0"/>
          <w:color w:val="999999"/>
          <w:sz w:val="21"/>
        </w:rPr>
        <w:t></w:t>
      </w:r>
      <w:r>
        <w:rPr>
          <w:rFonts w:ascii="Droid Sans Fallback" w:hAnsi="Droid Sans Fallback" w:eastAsia="Droid Sans Fallback"/>
          <w:b w:val="0"/>
          <w:i w:val="0"/>
          <w:color w:val="999999"/>
          <w:sz w:val="21"/>
        </w:rPr>
        <w:t>按热度</w:t>
      </w:r>
    </w:p>
    <w:p>
      <w:pPr>
        <w:autoSpaceDN w:val="0"/>
        <w:autoSpaceDE w:val="0"/>
        <w:widowControl/>
        <w:spacing w:line="228" w:lineRule="exact" w:before="308" w:after="0"/>
        <w:ind w:left="870" w:right="0" w:firstLine="0"/>
        <w:jc w:val="left"/>
      </w:pPr>
      <w:r>
        <w:rPr>
          <w:rFonts w:ascii="Droid Sans Fallback" w:hAnsi="Droid Sans Fallback" w:eastAsia="Droid Sans Fallback"/>
          <w:b w:val="0"/>
          <w:i w:val="0"/>
          <w:color w:val="BFBFBF"/>
          <w:sz w:val="21"/>
        </w:rPr>
        <w:t>请先登录后发表评论 (·ω·)</w:t>
      </w:r>
    </w:p>
    <w:p>
      <w:pPr>
        <w:autoSpaceDN w:val="0"/>
        <w:tabs>
          <w:tab w:pos="9750" w:val="left"/>
        </w:tabs>
        <w:autoSpaceDE w:val="0"/>
        <w:widowControl/>
        <w:spacing w:line="240" w:lineRule="exact" w:before="252" w:after="0"/>
        <w:ind w:left="886" w:right="0" w:firstLine="0"/>
        <w:jc w:val="left"/>
      </w:pPr>
      <w:r>
        <w:rPr>
          <w:rFonts w:ascii="Times New Roman" w:hAnsi="Times New Roman" w:eastAsia="Times New Roman"/>
          <w:b w:val="0"/>
          <w:i w:val="0"/>
          <w:color w:val="4F4F4F"/>
          <w:sz w:val="24"/>
        </w:rPr>
        <w:t></w:t>
      </w:r>
      <w:r>
        <w:rPr>
          <w:rFonts w:ascii="Droid Sans Fallback" w:hAnsi="Droid Sans Fallback" w:eastAsia="Droid Sans Fallback"/>
          <w:b w:val="0"/>
          <w:i w:val="0"/>
          <w:color w:val="4F4F4F"/>
          <w:sz w:val="18"/>
        </w:rPr>
        <w:t xml:space="preserve">表情 </w:t>
      </w:r>
      <w:r>
        <w:tab/>
      </w:r>
      <w:r>
        <w:rPr>
          <w:rFonts w:ascii="Droid Sans Fallback" w:hAnsi="Droid Sans Fallback" w:eastAsia="Droid Sans Fallback"/>
          <w:b w:val="0"/>
          <w:i w:val="0"/>
          <w:color w:val="FFFFFF"/>
          <w:sz w:val="18"/>
        </w:rPr>
        <w:t>发布</w:t>
      </w:r>
    </w:p>
    <w:p>
      <w:pPr>
        <w:autoSpaceDN w:val="0"/>
        <w:autoSpaceDE w:val="0"/>
        <w:widowControl/>
        <w:spacing w:line="330" w:lineRule="exact" w:before="154" w:after="0"/>
        <w:ind w:left="720" w:right="0" w:firstLine="0"/>
        <w:jc w:val="left"/>
      </w:pPr>
      <w:r>
        <w:rPr>
          <w:rFonts w:ascii="Droid Sans Fallback" w:hAnsi="Droid Sans Fallback" w:eastAsia="Droid Sans Fallback"/>
          <w:b w:val="0"/>
          <w:i w:val="0"/>
          <w:color w:val="747474"/>
          <w:sz w:val="19"/>
        </w:rPr>
        <w:t>只评论不回复di</w:t>
      </w:r>
      <w:r>
        <w:rPr>
          <w:rFonts w:ascii="Times New Roman" w:hAnsi="Times New Roman" w:eastAsia="Times New Roman"/>
          <w:b w:val="0"/>
          <w:i w:val="0"/>
          <w:color w:val="94DDB1"/>
          <w:sz w:val="30"/>
        </w:rPr>
        <w:t xml:space="preserve"> </w:t>
      </w:r>
    </w:p>
    <w:p>
      <w:pPr>
        <w:autoSpaceDN w:val="0"/>
        <w:autoSpaceDE w:val="0"/>
        <w:widowControl/>
        <w:spacing w:line="158" w:lineRule="exact" w:before="140" w:after="0"/>
        <w:ind w:left="720" w:right="0" w:firstLine="0"/>
        <w:jc w:val="left"/>
      </w:pPr>
      <w:r>
        <w:rPr>
          <w:rFonts w:ascii="Times New Roman" w:hAnsi="Times New Roman" w:eastAsia="Times New Roman"/>
          <w:b w:val="0"/>
          <w:i w:val="0"/>
          <w:color w:val="999999"/>
          <w:sz w:val="15"/>
        </w:rPr>
        <w:t>9⽉2⽇</w:t>
      </w:r>
    </w:p>
    <w:p>
      <w:pPr>
        <w:autoSpaceDN w:val="0"/>
        <w:autoSpaceDE w:val="0"/>
        <w:widowControl/>
        <w:spacing w:line="226" w:lineRule="exact" w:before="114" w:after="98"/>
        <w:ind w:left="720" w:right="0" w:firstLine="0"/>
        <w:jc w:val="left"/>
      </w:pPr>
      <w:r>
        <w:rPr>
          <w:rFonts w:ascii="Droid Sans Fallback" w:hAnsi="Droid Sans Fallback" w:eastAsia="Droid Sans Fallback"/>
          <w:b w:val="0"/>
          <w:i w:val="0"/>
          <w:color w:val="202020"/>
          <w:sz w:val="22"/>
        </w:rPr>
        <w:t>不点赞，简直对不起，这篇⽂内容啊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510.0" w:type="dxa"/>
      </w:tblPr>
      <w:tblGrid>
        <w:gridCol w:w="1000"/>
        <w:gridCol w:w="4660"/>
        <w:gridCol w:w="4260"/>
      </w:tblGrid>
      <w:tr>
        <w:trPr>
          <w:trHeight w:hRule="exact" w:val="280"/>
        </w:trPr>
        <w:tc>
          <w:tcPr>
            <w:tcW w:type="dxa" w:w="100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88" w:lineRule="exact" w:before="58" w:after="0"/>
              <w:ind w:left="0" w:right="376" w:firstLine="0"/>
              <w:jc w:val="right"/>
            </w:pPr>
            <w:r>
              <w:rPr>
                <w:rFonts w:ascii="Times New Roman" w:hAnsi="Times New Roman" w:eastAsia="Times New Roman"/>
                <w:b w:val="0"/>
                <w:i w:val="0"/>
                <w:color w:val="999999"/>
                <w:sz w:val="18"/>
              </w:rPr>
              <w:t>1</w:t>
            </w:r>
          </w:p>
        </w:tc>
        <w:tc>
          <w:tcPr>
            <w:tcW w:type="dxa" w:w="46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0" w:after="0"/>
              <w:ind w:left="406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999999"/>
                <w:sz w:val="24"/>
              </w:rPr>
              <w:t></w:t>
            </w:r>
          </w:p>
        </w:tc>
        <w:tc>
          <w:tcPr>
            <w:tcW w:type="dxa" w:w="42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0" w:after="0"/>
              <w:ind w:left="0" w:right="4" w:firstLine="0"/>
              <w:jc w:val="right"/>
            </w:pPr>
            <w:r>
              <w:rPr>
                <w:rFonts w:ascii="Times New Roman" w:hAnsi="Times New Roman" w:eastAsia="Times New Roman"/>
                <w:b w:val="0"/>
                <w:i w:val="0"/>
                <w:color w:val="999999"/>
                <w:sz w:val="24"/>
              </w:rPr>
              <w:t></w:t>
            </w:r>
          </w:p>
        </w:tc>
      </w:tr>
    </w:tbl>
    <w:p>
      <w:pPr>
        <w:autoSpaceDN w:val="0"/>
        <w:autoSpaceDE w:val="0"/>
        <w:widowControl/>
        <w:spacing w:line="240" w:lineRule="exact" w:before="426" w:after="0"/>
        <w:ind w:left="870" w:right="0" w:firstLine="0"/>
        <w:jc w:val="left"/>
      </w:pPr>
      <w:r>
        <w:rPr>
          <w:rFonts w:ascii="Droid Sans Fallback" w:hAnsi="Droid Sans Fallback" w:eastAsia="Droid Sans Fallback"/>
          <w:b w:val="0"/>
          <w:i w:val="0"/>
          <w:color w:val="4F8FCC"/>
          <w:sz w:val="18"/>
        </w:rPr>
        <w:t>up等⼈共1条回复</w:t>
      </w:r>
      <w:r>
        <w:rPr>
          <w:rFonts w:ascii="Times New Roman" w:hAnsi="Times New Roman" w:eastAsia="Times New Roman"/>
          <w:b w:val="0"/>
          <w:i w:val="0"/>
          <w:color w:val="4F8FCC"/>
          <w:sz w:val="24"/>
        </w:rPr>
        <w:t></w:t>
      </w:r>
    </w:p>
    <w:p>
      <w:pPr>
        <w:autoSpaceDN w:val="0"/>
        <w:autoSpaceDE w:val="0"/>
        <w:widowControl/>
        <w:spacing w:line="330" w:lineRule="exact" w:before="422" w:after="0"/>
        <w:ind w:left="720" w:right="0" w:firstLine="0"/>
        <w:jc w:val="left"/>
      </w:pPr>
      <w:r>
        <w:rPr>
          <w:rFonts w:ascii="Droid Sans Fallback" w:hAnsi="Droid Sans Fallback" w:eastAsia="Droid Sans Fallback"/>
          <w:b w:val="0"/>
          <w:i w:val="0"/>
          <w:color w:val="747474"/>
          <w:sz w:val="19"/>
        </w:rPr>
        <w:t>壞⼟⾖</w:t>
      </w:r>
      <w:r>
        <w:rPr>
          <w:rFonts w:ascii="Times New Roman" w:hAnsi="Times New Roman" w:eastAsia="Times New Roman"/>
          <w:b w:val="0"/>
          <w:i w:val="0"/>
          <w:color w:val="91D0E4"/>
          <w:sz w:val="30"/>
        </w:rPr>
        <w:t xml:space="preserve"> </w:t>
      </w:r>
    </w:p>
    <w:p>
      <w:pPr>
        <w:autoSpaceDN w:val="0"/>
        <w:autoSpaceDE w:val="0"/>
        <w:widowControl/>
        <w:spacing w:line="158" w:lineRule="exact" w:before="126" w:after="0"/>
        <w:ind w:left="720" w:right="0" w:firstLine="0"/>
        <w:jc w:val="left"/>
      </w:pPr>
      <w:r>
        <w:rPr>
          <w:rFonts w:ascii="Times New Roman" w:hAnsi="Times New Roman" w:eastAsia="Times New Roman"/>
          <w:b w:val="0"/>
          <w:i w:val="0"/>
          <w:color w:val="999999"/>
          <w:sz w:val="15"/>
        </w:rPr>
        <w:t>9⽉8⽇</w:t>
      </w:r>
    </w:p>
    <w:p>
      <w:pPr>
        <w:sectPr>
          <w:type w:val="continuous"/>
          <w:pgSz w:w="11899" w:h="16838"/>
          <w:pgMar w:top="682" w:right="704" w:bottom="852" w:left="750" w:header="720" w:footer="720" w:gutter="0"/>
          <w:cols w:num="1" w:equalWidth="0">
            <w:col w:w="10446" w:space="0"/>
          </w:cols>
          <w:docGrid w:linePitch="360"/>
        </w:sectPr>
      </w:pPr>
    </w:p>
    <w:p>
      <w:pPr>
        <w:autoSpaceDN w:val="0"/>
        <w:autoSpaceDE w:val="0"/>
        <w:widowControl/>
        <w:spacing w:line="226" w:lineRule="exact" w:before="0" w:after="46"/>
        <w:ind w:left="0" w:right="0" w:firstLine="0"/>
        <w:jc w:val="left"/>
      </w:pPr>
      <w:r>
        <w:fldChar w:fldCharType="begin"/>
      </w:r>
      <w:r>
        <w:instrText xml:space="preserve">HYPERLINK https://m.bilibili.com/</w:instrText>
      </w:r>
      <w:r>
        <w:fldChar w:fldCharType="separate"/>
      </w:r>
      <w:r>
        <w:rPr>
          <w:rStyle w:val="Hyperlink"/>
          <w:rFonts w:ascii="Droid Sans Fallback" w:hAnsi="Droid Sans Fallback" w:eastAsia="Droid Sans Fallback"/>
          <w:b w:val="0"/>
          <w:i w:val="0"/>
          <w:color w:val="202020"/>
          <w:sz w:val="22"/>
          <w:u w:val="single"/>
        </w:rPr>
        <w:t>这个包括了多少</w:t>
      </w:r>
      <w:r>
        <w:fldChar w:fldCharType="end"/>
      </w:r>
      <w:r>
        <w:rPr>
          <w:rFonts w:ascii="Droid Sans Fallback" w:hAnsi="Droid Sans Fallback" w:eastAsia="Droid Sans Fallback"/>
          <w:b w:val="0"/>
          <w:i w:val="0"/>
          <w:color w:val="202020"/>
          <w:sz w:val="22"/>
        </w:rPr>
        <w:t>个单词？</w:t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685800</wp:posOffset>
            </wp:positionH>
            <wp:positionV relativeFrom="page">
              <wp:posOffset>485140</wp:posOffset>
            </wp:positionV>
            <wp:extent cx="1209039" cy="553719"/>
            <wp:wrapNone/>
            <wp:docPr id="221" name="Picture 22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09039" cy="553719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501650</wp:posOffset>
            </wp:positionH>
            <wp:positionV relativeFrom="page">
              <wp:posOffset>1559560</wp:posOffset>
            </wp:positionV>
            <wp:extent cx="295909" cy="294640"/>
            <wp:wrapNone/>
            <wp:docPr id="222" name="Picture 22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171"/>
                    <a:stretch>
                      <a:fillRect/>
                    </a:stretch>
                  </pic:blipFill>
                  <pic:spPr>
                    <a:xfrm>
                      <a:off x="0" y="0"/>
                      <a:ext cx="295909" cy="29464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355600</wp:posOffset>
            </wp:positionH>
            <wp:positionV relativeFrom="page">
              <wp:posOffset>355600</wp:posOffset>
            </wp:positionV>
            <wp:extent cx="6858000" cy="2717800"/>
            <wp:wrapNone/>
            <wp:docPr id="223" name="Picture 22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172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2717800"/>
                    </a:xfrm>
                    <a:prstGeom prst="rect"/>
                  </pic:spPr>
                </pic:pic>
              </a:graphicData>
            </a:graphic>
          </wp:anchor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50.0" w:type="dxa"/>
      </w:tblPr>
      <w:tblGrid>
        <w:gridCol w:w="640"/>
        <w:gridCol w:w="3060"/>
        <w:gridCol w:w="3420"/>
        <w:gridCol w:w="2060"/>
        <w:gridCol w:w="380"/>
      </w:tblGrid>
      <w:tr>
        <w:trPr>
          <w:trHeight w:hRule="exact" w:val="436"/>
        </w:trPr>
        <w:tc>
          <w:tcPr>
            <w:tcW w:type="dxa" w:w="6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88" w:lineRule="exact" w:before="108" w:after="0"/>
              <w:ind w:left="0" w:right="376" w:firstLine="0"/>
              <w:jc w:val="right"/>
            </w:pPr>
            <w:r>
              <w:rPr>
                <w:rFonts w:ascii="Times New Roman" w:hAnsi="Times New Roman" w:eastAsia="Times New Roman"/>
                <w:b w:val="0"/>
                <w:i w:val="0"/>
                <w:color w:val="999999"/>
                <w:sz w:val="18"/>
              </w:rPr>
              <w:t>1</w:t>
            </w:r>
          </w:p>
        </w:tc>
        <w:tc>
          <w:tcPr>
            <w:tcW w:type="dxa" w:w="30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72" w:after="0"/>
              <w:ind w:left="406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999999"/>
                <w:sz w:val="24"/>
              </w:rPr>
              <w:t></w:t>
            </w:r>
          </w:p>
        </w:tc>
        <w:tc>
          <w:tcPr>
            <w:tcW w:type="dxa" w:w="342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2" w:lineRule="exact" w:before="80" w:after="0"/>
              <w:ind w:left="0" w:right="486" w:firstLine="0"/>
              <w:jc w:val="righ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6699"/>
                <w:sz w:val="24"/>
              </w:rPr>
              <w:t>登录</w:t>
            </w:r>
          </w:p>
        </w:tc>
        <w:tc>
          <w:tcPr>
            <w:tcW w:type="dxa" w:w="20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396" w:lineRule="exact" w:before="20" w:after="0"/>
              <w:ind w:left="498" w:right="0" w:firstLine="0"/>
              <w:jc w:val="left"/>
            </w:pPr>
            <w:r>
              <w:rPr>
                <w:rFonts w:ascii="Droid Sans Fallback" w:hAnsi="Droid Sans Fallback" w:eastAsia="Droid Sans Fallback"/>
                <w:b w:val="0"/>
                <w:i w:val="0"/>
                <w:color w:val="FFFFFF"/>
                <w:sz w:val="34"/>
              </w:rPr>
              <w:t>下载 App</w:t>
            </w:r>
          </w:p>
        </w:tc>
        <w:tc>
          <w:tcPr>
            <w:tcW w:type="dxa" w:w="3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86" w:after="0"/>
              <w:ind w:left="0" w:right="4" w:firstLine="0"/>
              <w:jc w:val="right"/>
            </w:pPr>
            <w:r>
              <w:rPr>
                <w:rFonts w:ascii="Times New Roman" w:hAnsi="Times New Roman" w:eastAsia="Times New Roman"/>
                <w:b w:val="0"/>
                <w:i w:val="0"/>
                <w:color w:val="999999"/>
                <w:sz w:val="24"/>
              </w:rPr>
              <w:t></w:t>
            </w:r>
          </w:p>
        </w:tc>
      </w:tr>
    </w:tbl>
    <w:p>
      <w:pPr>
        <w:autoSpaceDN w:val="0"/>
        <w:autoSpaceDE w:val="0"/>
        <w:widowControl/>
        <w:spacing w:line="240" w:lineRule="exact" w:before="290" w:after="0"/>
        <w:ind w:left="150" w:right="0" w:firstLine="0"/>
        <w:jc w:val="left"/>
      </w:pPr>
      <w:r>
        <w:rPr>
          <w:rFonts w:ascii="Droid Sans Fallback" w:hAnsi="Droid Sans Fallback" w:eastAsia="Droid Sans Fallback"/>
          <w:b w:val="0"/>
          <w:i w:val="0"/>
          <w:color w:val="4F8FCC"/>
          <w:sz w:val="18"/>
        </w:rPr>
        <w:t>up等⼈共1条回复</w:t>
      </w:r>
      <w:r>
        <w:rPr>
          <w:rFonts w:ascii="Times New Roman" w:hAnsi="Times New Roman" w:eastAsia="Times New Roman"/>
          <w:b w:val="0"/>
          <w:i w:val="0"/>
          <w:color w:val="4F8FCC"/>
          <w:sz w:val="24"/>
        </w:rPr>
        <w:t></w:t>
      </w:r>
    </w:p>
    <w:p>
      <w:pPr>
        <w:autoSpaceDN w:val="0"/>
        <w:autoSpaceDE w:val="0"/>
        <w:widowControl/>
        <w:spacing w:line="330" w:lineRule="exact" w:before="424" w:after="0"/>
        <w:ind w:left="0" w:right="0" w:firstLine="0"/>
        <w:jc w:val="left"/>
      </w:pPr>
      <w:r>
        <w:rPr>
          <w:rFonts w:ascii="Droid Sans Fallback" w:hAnsi="Droid Sans Fallback" w:eastAsia="Droid Sans Fallback"/>
          <w:b w:val="0"/>
          <w:i w:val="0"/>
          <w:color w:val="747474"/>
          <w:sz w:val="19"/>
        </w:rPr>
        <w:t>不是⾲菜骰⼦</w:t>
      </w:r>
      <w:r>
        <w:rPr>
          <w:rFonts w:ascii="Times New Roman" w:hAnsi="Times New Roman" w:eastAsia="Times New Roman"/>
          <w:b w:val="0"/>
          <w:i w:val="0"/>
          <w:color w:val="94DDB1"/>
          <w:sz w:val="30"/>
        </w:rPr>
        <w:t xml:space="preserve"> </w:t>
      </w:r>
    </w:p>
    <w:p>
      <w:pPr>
        <w:autoSpaceDN w:val="0"/>
        <w:autoSpaceDE w:val="0"/>
        <w:widowControl/>
        <w:spacing w:line="158" w:lineRule="exact" w:before="140" w:after="0"/>
        <w:ind w:left="0" w:right="0" w:firstLine="0"/>
        <w:jc w:val="left"/>
      </w:pPr>
      <w:r>
        <w:rPr>
          <w:rFonts w:ascii="Times New Roman" w:hAnsi="Times New Roman" w:eastAsia="Times New Roman"/>
          <w:b w:val="0"/>
          <w:i w:val="0"/>
          <w:color w:val="999999"/>
          <w:sz w:val="15"/>
        </w:rPr>
        <w:t>9⽉17⽇</w:t>
      </w:r>
    </w:p>
    <w:p>
      <w:pPr>
        <w:autoSpaceDN w:val="0"/>
        <w:autoSpaceDE w:val="0"/>
        <w:widowControl/>
        <w:spacing w:line="228" w:lineRule="exact" w:before="114" w:after="98"/>
        <w:ind w:left="0" w:right="0" w:firstLine="0"/>
        <w:jc w:val="left"/>
      </w:pPr>
      <w:r>
        <w:rPr>
          <w:rFonts w:ascii="Droid Sans Fallback" w:hAnsi="Droid Sans Fallback" w:eastAsia="Droid Sans Fallback"/>
          <w:b w:val="0"/>
          <w:i w:val="0"/>
          <w:color w:val="202020"/>
          <w:sz w:val="22"/>
        </w:rPr>
        <w:t>感谢⽼师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50.0" w:type="dxa"/>
      </w:tblPr>
      <w:tblGrid>
        <w:gridCol w:w="640"/>
        <w:gridCol w:w="4660"/>
        <w:gridCol w:w="4260"/>
      </w:tblGrid>
      <w:tr>
        <w:trPr>
          <w:trHeight w:hRule="exact" w:val="294"/>
        </w:trPr>
        <w:tc>
          <w:tcPr>
            <w:tcW w:type="dxa" w:w="6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88" w:lineRule="exact" w:before="56" w:after="0"/>
              <w:ind w:left="0" w:right="376" w:firstLine="0"/>
              <w:jc w:val="right"/>
            </w:pPr>
            <w:r>
              <w:rPr>
                <w:rFonts w:ascii="Times New Roman" w:hAnsi="Times New Roman" w:eastAsia="Times New Roman"/>
                <w:b w:val="0"/>
                <w:i w:val="0"/>
                <w:color w:val="999999"/>
                <w:sz w:val="18"/>
              </w:rPr>
              <w:t>1</w:t>
            </w:r>
          </w:p>
        </w:tc>
        <w:tc>
          <w:tcPr>
            <w:tcW w:type="dxa" w:w="46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0" w:after="0"/>
              <w:ind w:left="406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999999"/>
                <w:sz w:val="24"/>
              </w:rPr>
              <w:t></w:t>
            </w:r>
          </w:p>
        </w:tc>
        <w:tc>
          <w:tcPr>
            <w:tcW w:type="dxa" w:w="42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4" w:after="0"/>
              <w:ind w:left="0" w:right="4" w:firstLine="0"/>
              <w:jc w:val="right"/>
            </w:pPr>
            <w:r>
              <w:rPr>
                <w:rFonts w:ascii="Times New Roman" w:hAnsi="Times New Roman" w:eastAsia="Times New Roman"/>
                <w:b w:val="0"/>
                <w:i w:val="0"/>
                <w:color w:val="999999"/>
                <w:sz w:val="24"/>
              </w:rPr>
              <w:t></w:t>
            </w:r>
          </w:p>
        </w:tc>
      </w:tr>
    </w:tbl>
    <w:p>
      <w:pPr>
        <w:autoSpaceDN w:val="0"/>
        <w:autoSpaceDE w:val="0"/>
        <w:widowControl/>
        <w:spacing w:line="240" w:lineRule="exact" w:before="410" w:after="0"/>
        <w:ind w:left="150" w:right="0" w:firstLine="0"/>
        <w:jc w:val="left"/>
      </w:pPr>
      <w:r>
        <w:rPr>
          <w:rFonts w:ascii="Droid Sans Fallback" w:hAnsi="Droid Sans Fallback" w:eastAsia="Droid Sans Fallback"/>
          <w:b w:val="0"/>
          <w:i w:val="0"/>
          <w:color w:val="4F8FCC"/>
          <w:sz w:val="18"/>
        </w:rPr>
        <w:t>up等⼈共1条回复</w:t>
      </w:r>
      <w:r>
        <w:rPr>
          <w:rFonts w:ascii="Times New Roman" w:hAnsi="Times New Roman" w:eastAsia="Times New Roman"/>
          <w:b w:val="0"/>
          <w:i w:val="0"/>
          <w:color w:val="4F8FCC"/>
          <w:sz w:val="24"/>
        </w:rPr>
        <w:t></w:t>
      </w:r>
    </w:p>
    <w:p>
      <w:pPr>
        <w:autoSpaceDN w:val="0"/>
        <w:autoSpaceDE w:val="0"/>
        <w:widowControl/>
        <w:spacing w:line="240" w:lineRule="auto" w:before="9546" w:after="0"/>
        <w:ind w:left="1424" w:right="0" w:firstLine="0"/>
        <w:jc w:val="left"/>
      </w:pPr>
      <w:r>
        <w:drawing>
          <wp:inline xmlns:a="http://schemas.openxmlformats.org/drawingml/2006/main" xmlns:pic="http://schemas.openxmlformats.org/drawingml/2006/picture">
            <wp:extent cx="344170" cy="157480"/>
            <wp:docPr id="220" name="Picture 22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170"/>
                    <a:stretch>
                      <a:fillRect/>
                    </a:stretch>
                  </pic:blipFill>
                  <pic:spPr>
                    <a:xfrm>
                      <a:off x="0" y="0"/>
                      <a:ext cx="344170" cy="15748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899" w:h="16838"/>
      <w:pgMar w:top="686" w:right="704" w:bottom="1440" w:left="1470" w:header="720" w:footer="720" w:gutter="0"/>
      <w:cols w:num="1" w:equalWidth="0">
        <w:col w:w="9726" w:space="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image" Target="media/image2.jpg"/><Relationship Id="rId11" Type="http://schemas.openxmlformats.org/officeDocument/2006/relationships/image" Target="media/image3.png"/><Relationship Id="rId12" Type="http://schemas.openxmlformats.org/officeDocument/2006/relationships/image" Target="media/image4.jpg"/><Relationship Id="rId13" Type="http://schemas.openxmlformats.org/officeDocument/2006/relationships/image" Target="media/image5.jpg"/><Relationship Id="rId14" Type="http://schemas.openxmlformats.org/officeDocument/2006/relationships/image" Target="media/image6.jpg"/><Relationship Id="rId15" Type="http://schemas.openxmlformats.org/officeDocument/2006/relationships/image" Target="media/image7.jpg"/><Relationship Id="rId16" Type="http://schemas.openxmlformats.org/officeDocument/2006/relationships/image" Target="media/image8.jpg"/><Relationship Id="rId17" Type="http://schemas.openxmlformats.org/officeDocument/2006/relationships/image" Target="media/image9.jpg"/><Relationship Id="rId18" Type="http://schemas.openxmlformats.org/officeDocument/2006/relationships/image" Target="media/image10.jpg"/><Relationship Id="rId19" Type="http://schemas.openxmlformats.org/officeDocument/2006/relationships/image" Target="media/image11.jpg"/><Relationship Id="rId20" Type="http://schemas.openxmlformats.org/officeDocument/2006/relationships/image" Target="media/image12.jpg"/><Relationship Id="rId21" Type="http://schemas.openxmlformats.org/officeDocument/2006/relationships/image" Target="media/image13.jpg"/><Relationship Id="rId22" Type="http://schemas.openxmlformats.org/officeDocument/2006/relationships/image" Target="media/image14.jpg"/><Relationship Id="rId23" Type="http://schemas.openxmlformats.org/officeDocument/2006/relationships/image" Target="media/image15.jpg"/><Relationship Id="rId24" Type="http://schemas.openxmlformats.org/officeDocument/2006/relationships/image" Target="media/image16.jpg"/><Relationship Id="rId25" Type="http://schemas.openxmlformats.org/officeDocument/2006/relationships/image" Target="media/image17.jpg"/><Relationship Id="rId26" Type="http://schemas.openxmlformats.org/officeDocument/2006/relationships/image" Target="media/image18.jpg"/><Relationship Id="rId27" Type="http://schemas.openxmlformats.org/officeDocument/2006/relationships/image" Target="media/image19.jpg"/><Relationship Id="rId28" Type="http://schemas.openxmlformats.org/officeDocument/2006/relationships/image" Target="media/image20.jpg"/><Relationship Id="rId29" Type="http://schemas.openxmlformats.org/officeDocument/2006/relationships/image" Target="media/image21.jpg"/><Relationship Id="rId30" Type="http://schemas.openxmlformats.org/officeDocument/2006/relationships/image" Target="media/image22.jpg"/><Relationship Id="rId31" Type="http://schemas.openxmlformats.org/officeDocument/2006/relationships/image" Target="media/image23.jpg"/><Relationship Id="rId32" Type="http://schemas.openxmlformats.org/officeDocument/2006/relationships/image" Target="media/image24.jpg"/><Relationship Id="rId33" Type="http://schemas.openxmlformats.org/officeDocument/2006/relationships/image" Target="media/image25.jpg"/><Relationship Id="rId34" Type="http://schemas.openxmlformats.org/officeDocument/2006/relationships/image" Target="media/image26.jpg"/><Relationship Id="rId35" Type="http://schemas.openxmlformats.org/officeDocument/2006/relationships/image" Target="media/image27.jpg"/><Relationship Id="rId36" Type="http://schemas.openxmlformats.org/officeDocument/2006/relationships/image" Target="media/image28.jpg"/><Relationship Id="rId37" Type="http://schemas.openxmlformats.org/officeDocument/2006/relationships/image" Target="media/image29.jpg"/><Relationship Id="rId38" Type="http://schemas.openxmlformats.org/officeDocument/2006/relationships/image" Target="media/image30.jpg"/><Relationship Id="rId39" Type="http://schemas.openxmlformats.org/officeDocument/2006/relationships/image" Target="media/image31.jpg"/><Relationship Id="rId40" Type="http://schemas.openxmlformats.org/officeDocument/2006/relationships/image" Target="media/image32.jpg"/><Relationship Id="rId41" Type="http://schemas.openxmlformats.org/officeDocument/2006/relationships/image" Target="media/image33.jpg"/><Relationship Id="rId42" Type="http://schemas.openxmlformats.org/officeDocument/2006/relationships/image" Target="media/image34.jpg"/><Relationship Id="rId43" Type="http://schemas.openxmlformats.org/officeDocument/2006/relationships/image" Target="media/image35.jpg"/><Relationship Id="rId44" Type="http://schemas.openxmlformats.org/officeDocument/2006/relationships/image" Target="media/image36.jpg"/><Relationship Id="rId45" Type="http://schemas.openxmlformats.org/officeDocument/2006/relationships/image" Target="media/image37.jpg"/><Relationship Id="rId46" Type="http://schemas.openxmlformats.org/officeDocument/2006/relationships/image" Target="media/image38.jpg"/><Relationship Id="rId47" Type="http://schemas.openxmlformats.org/officeDocument/2006/relationships/image" Target="media/image39.jpg"/><Relationship Id="rId48" Type="http://schemas.openxmlformats.org/officeDocument/2006/relationships/image" Target="media/image40.jpg"/><Relationship Id="rId49" Type="http://schemas.openxmlformats.org/officeDocument/2006/relationships/image" Target="media/image41.jpg"/><Relationship Id="rId50" Type="http://schemas.openxmlformats.org/officeDocument/2006/relationships/image" Target="media/image42.jpg"/><Relationship Id="rId51" Type="http://schemas.openxmlformats.org/officeDocument/2006/relationships/image" Target="media/image43.jpg"/><Relationship Id="rId52" Type="http://schemas.openxmlformats.org/officeDocument/2006/relationships/image" Target="media/image44.jpg"/><Relationship Id="rId53" Type="http://schemas.openxmlformats.org/officeDocument/2006/relationships/image" Target="media/image45.jpg"/><Relationship Id="rId54" Type="http://schemas.openxmlformats.org/officeDocument/2006/relationships/image" Target="media/image46.jpg"/><Relationship Id="rId55" Type="http://schemas.openxmlformats.org/officeDocument/2006/relationships/image" Target="media/image47.jpg"/><Relationship Id="rId56" Type="http://schemas.openxmlformats.org/officeDocument/2006/relationships/image" Target="media/image48.jpg"/><Relationship Id="rId57" Type="http://schemas.openxmlformats.org/officeDocument/2006/relationships/image" Target="media/image49.jpg"/><Relationship Id="rId58" Type="http://schemas.openxmlformats.org/officeDocument/2006/relationships/image" Target="media/image50.jpg"/><Relationship Id="rId59" Type="http://schemas.openxmlformats.org/officeDocument/2006/relationships/image" Target="media/image51.jpg"/><Relationship Id="rId60" Type="http://schemas.openxmlformats.org/officeDocument/2006/relationships/image" Target="media/image52.jpg"/><Relationship Id="rId61" Type="http://schemas.openxmlformats.org/officeDocument/2006/relationships/image" Target="media/image53.jpg"/><Relationship Id="rId62" Type="http://schemas.openxmlformats.org/officeDocument/2006/relationships/image" Target="media/image54.jpg"/><Relationship Id="rId63" Type="http://schemas.openxmlformats.org/officeDocument/2006/relationships/image" Target="media/image55.jpg"/><Relationship Id="rId64" Type="http://schemas.openxmlformats.org/officeDocument/2006/relationships/image" Target="media/image56.jpg"/><Relationship Id="rId65" Type="http://schemas.openxmlformats.org/officeDocument/2006/relationships/image" Target="media/image57.jpg"/><Relationship Id="rId66" Type="http://schemas.openxmlformats.org/officeDocument/2006/relationships/image" Target="media/image58.jpg"/><Relationship Id="rId67" Type="http://schemas.openxmlformats.org/officeDocument/2006/relationships/image" Target="media/image59.jpg"/><Relationship Id="rId68" Type="http://schemas.openxmlformats.org/officeDocument/2006/relationships/image" Target="media/image60.jpg"/><Relationship Id="rId69" Type="http://schemas.openxmlformats.org/officeDocument/2006/relationships/image" Target="media/image61.jpg"/><Relationship Id="rId70" Type="http://schemas.openxmlformats.org/officeDocument/2006/relationships/image" Target="media/image62.jpg"/><Relationship Id="rId71" Type="http://schemas.openxmlformats.org/officeDocument/2006/relationships/image" Target="media/image63.jpg"/><Relationship Id="rId72" Type="http://schemas.openxmlformats.org/officeDocument/2006/relationships/image" Target="media/image64.jpg"/><Relationship Id="rId73" Type="http://schemas.openxmlformats.org/officeDocument/2006/relationships/image" Target="media/image65.jpg"/><Relationship Id="rId74" Type="http://schemas.openxmlformats.org/officeDocument/2006/relationships/image" Target="media/image66.jpg"/><Relationship Id="rId75" Type="http://schemas.openxmlformats.org/officeDocument/2006/relationships/image" Target="media/image67.jpg"/><Relationship Id="rId76" Type="http://schemas.openxmlformats.org/officeDocument/2006/relationships/image" Target="media/image68.jpg"/><Relationship Id="rId77" Type="http://schemas.openxmlformats.org/officeDocument/2006/relationships/image" Target="media/image69.jpg"/><Relationship Id="rId78" Type="http://schemas.openxmlformats.org/officeDocument/2006/relationships/image" Target="media/image70.jpg"/><Relationship Id="rId79" Type="http://schemas.openxmlformats.org/officeDocument/2006/relationships/image" Target="media/image71.jpg"/><Relationship Id="rId80" Type="http://schemas.openxmlformats.org/officeDocument/2006/relationships/image" Target="media/image72.jpg"/><Relationship Id="rId81" Type="http://schemas.openxmlformats.org/officeDocument/2006/relationships/image" Target="media/image73.jpg"/><Relationship Id="rId82" Type="http://schemas.openxmlformats.org/officeDocument/2006/relationships/image" Target="media/image74.jpg"/><Relationship Id="rId83" Type="http://schemas.openxmlformats.org/officeDocument/2006/relationships/image" Target="media/image75.jpg"/><Relationship Id="rId84" Type="http://schemas.openxmlformats.org/officeDocument/2006/relationships/image" Target="media/image76.jpg"/><Relationship Id="rId85" Type="http://schemas.openxmlformats.org/officeDocument/2006/relationships/image" Target="media/image77.jpg"/><Relationship Id="rId86" Type="http://schemas.openxmlformats.org/officeDocument/2006/relationships/image" Target="media/image78.jpg"/><Relationship Id="rId87" Type="http://schemas.openxmlformats.org/officeDocument/2006/relationships/image" Target="media/image79.jpg"/><Relationship Id="rId88" Type="http://schemas.openxmlformats.org/officeDocument/2006/relationships/image" Target="media/image80.jpg"/><Relationship Id="rId89" Type="http://schemas.openxmlformats.org/officeDocument/2006/relationships/image" Target="media/image81.jpg"/><Relationship Id="rId90" Type="http://schemas.openxmlformats.org/officeDocument/2006/relationships/image" Target="media/image82.jpg"/><Relationship Id="rId91" Type="http://schemas.openxmlformats.org/officeDocument/2006/relationships/image" Target="media/image83.jpg"/><Relationship Id="rId92" Type="http://schemas.openxmlformats.org/officeDocument/2006/relationships/image" Target="media/image84.jpg"/><Relationship Id="rId93" Type="http://schemas.openxmlformats.org/officeDocument/2006/relationships/image" Target="media/image85.jpg"/><Relationship Id="rId94" Type="http://schemas.openxmlformats.org/officeDocument/2006/relationships/image" Target="media/image86.jpg"/><Relationship Id="rId95" Type="http://schemas.openxmlformats.org/officeDocument/2006/relationships/image" Target="media/image87.jpg"/><Relationship Id="rId96" Type="http://schemas.openxmlformats.org/officeDocument/2006/relationships/image" Target="media/image88.jpg"/><Relationship Id="rId97" Type="http://schemas.openxmlformats.org/officeDocument/2006/relationships/image" Target="media/image89.jpg"/><Relationship Id="rId98" Type="http://schemas.openxmlformats.org/officeDocument/2006/relationships/image" Target="media/image90.jpg"/><Relationship Id="rId99" Type="http://schemas.openxmlformats.org/officeDocument/2006/relationships/image" Target="media/image91.jpg"/><Relationship Id="rId100" Type="http://schemas.openxmlformats.org/officeDocument/2006/relationships/image" Target="media/image92.jpg"/><Relationship Id="rId101" Type="http://schemas.openxmlformats.org/officeDocument/2006/relationships/image" Target="media/image93.jpg"/><Relationship Id="rId102" Type="http://schemas.openxmlformats.org/officeDocument/2006/relationships/image" Target="media/image94.jpg"/><Relationship Id="rId103" Type="http://schemas.openxmlformats.org/officeDocument/2006/relationships/image" Target="media/image95.jpg"/><Relationship Id="rId104" Type="http://schemas.openxmlformats.org/officeDocument/2006/relationships/image" Target="media/image96.jpg"/><Relationship Id="rId105" Type="http://schemas.openxmlformats.org/officeDocument/2006/relationships/image" Target="media/image97.jpg"/><Relationship Id="rId106" Type="http://schemas.openxmlformats.org/officeDocument/2006/relationships/image" Target="media/image98.jpg"/><Relationship Id="rId107" Type="http://schemas.openxmlformats.org/officeDocument/2006/relationships/image" Target="media/image99.jpg"/><Relationship Id="rId108" Type="http://schemas.openxmlformats.org/officeDocument/2006/relationships/image" Target="media/image100.jpg"/><Relationship Id="rId109" Type="http://schemas.openxmlformats.org/officeDocument/2006/relationships/image" Target="media/image101.jpg"/><Relationship Id="rId110" Type="http://schemas.openxmlformats.org/officeDocument/2006/relationships/image" Target="media/image102.jpg"/><Relationship Id="rId111" Type="http://schemas.openxmlformats.org/officeDocument/2006/relationships/image" Target="media/image103.jpg"/><Relationship Id="rId112" Type="http://schemas.openxmlformats.org/officeDocument/2006/relationships/image" Target="media/image104.jpg"/><Relationship Id="rId113" Type="http://schemas.openxmlformats.org/officeDocument/2006/relationships/image" Target="media/image105.jpg"/><Relationship Id="rId114" Type="http://schemas.openxmlformats.org/officeDocument/2006/relationships/image" Target="media/image106.jpg"/><Relationship Id="rId115" Type="http://schemas.openxmlformats.org/officeDocument/2006/relationships/image" Target="media/image107.jpg"/><Relationship Id="rId116" Type="http://schemas.openxmlformats.org/officeDocument/2006/relationships/image" Target="media/image108.jpg"/><Relationship Id="rId117" Type="http://schemas.openxmlformats.org/officeDocument/2006/relationships/image" Target="media/image109.jpg"/><Relationship Id="rId118" Type="http://schemas.openxmlformats.org/officeDocument/2006/relationships/image" Target="media/image110.jpg"/><Relationship Id="rId119" Type="http://schemas.openxmlformats.org/officeDocument/2006/relationships/image" Target="media/image111.jpg"/><Relationship Id="rId120" Type="http://schemas.openxmlformats.org/officeDocument/2006/relationships/image" Target="media/image112.jpg"/><Relationship Id="rId121" Type="http://schemas.openxmlformats.org/officeDocument/2006/relationships/image" Target="media/image113.jpg"/><Relationship Id="rId122" Type="http://schemas.openxmlformats.org/officeDocument/2006/relationships/image" Target="media/image114.jpg"/><Relationship Id="rId123" Type="http://schemas.openxmlformats.org/officeDocument/2006/relationships/image" Target="media/image115.jpg"/><Relationship Id="rId124" Type="http://schemas.openxmlformats.org/officeDocument/2006/relationships/image" Target="media/image116.jpg"/><Relationship Id="rId125" Type="http://schemas.openxmlformats.org/officeDocument/2006/relationships/image" Target="media/image117.jpg"/><Relationship Id="rId126" Type="http://schemas.openxmlformats.org/officeDocument/2006/relationships/image" Target="media/image118.jpg"/><Relationship Id="rId127" Type="http://schemas.openxmlformats.org/officeDocument/2006/relationships/image" Target="media/image119.jpg"/><Relationship Id="rId128" Type="http://schemas.openxmlformats.org/officeDocument/2006/relationships/image" Target="media/image120.jpg"/><Relationship Id="rId129" Type="http://schemas.openxmlformats.org/officeDocument/2006/relationships/image" Target="media/image121.jpg"/><Relationship Id="rId130" Type="http://schemas.openxmlformats.org/officeDocument/2006/relationships/image" Target="media/image122.jpg"/><Relationship Id="rId131" Type="http://schemas.openxmlformats.org/officeDocument/2006/relationships/image" Target="media/image123.jpg"/><Relationship Id="rId132" Type="http://schemas.openxmlformats.org/officeDocument/2006/relationships/image" Target="media/image124.jpg"/><Relationship Id="rId133" Type="http://schemas.openxmlformats.org/officeDocument/2006/relationships/image" Target="media/image125.jpg"/><Relationship Id="rId134" Type="http://schemas.openxmlformats.org/officeDocument/2006/relationships/image" Target="media/image126.jpg"/><Relationship Id="rId135" Type="http://schemas.openxmlformats.org/officeDocument/2006/relationships/image" Target="media/image127.jpg"/><Relationship Id="rId136" Type="http://schemas.openxmlformats.org/officeDocument/2006/relationships/image" Target="media/image128.jpg"/><Relationship Id="rId137" Type="http://schemas.openxmlformats.org/officeDocument/2006/relationships/image" Target="media/image129.jpg"/><Relationship Id="rId138" Type="http://schemas.openxmlformats.org/officeDocument/2006/relationships/image" Target="media/image130.jpg"/><Relationship Id="rId139" Type="http://schemas.openxmlformats.org/officeDocument/2006/relationships/image" Target="media/image131.jpg"/><Relationship Id="rId140" Type="http://schemas.openxmlformats.org/officeDocument/2006/relationships/image" Target="media/image132.jpg"/><Relationship Id="rId141" Type="http://schemas.openxmlformats.org/officeDocument/2006/relationships/image" Target="media/image133.jpg"/><Relationship Id="rId142" Type="http://schemas.openxmlformats.org/officeDocument/2006/relationships/image" Target="media/image134.jpg"/><Relationship Id="rId143" Type="http://schemas.openxmlformats.org/officeDocument/2006/relationships/image" Target="media/image135.jpg"/><Relationship Id="rId144" Type="http://schemas.openxmlformats.org/officeDocument/2006/relationships/image" Target="media/image136.jpg"/><Relationship Id="rId145" Type="http://schemas.openxmlformats.org/officeDocument/2006/relationships/image" Target="media/image137.jpg"/><Relationship Id="rId146" Type="http://schemas.openxmlformats.org/officeDocument/2006/relationships/image" Target="media/image138.jpg"/><Relationship Id="rId147" Type="http://schemas.openxmlformats.org/officeDocument/2006/relationships/image" Target="media/image139.jpg"/><Relationship Id="rId148" Type="http://schemas.openxmlformats.org/officeDocument/2006/relationships/image" Target="media/image140.jpg"/><Relationship Id="rId149" Type="http://schemas.openxmlformats.org/officeDocument/2006/relationships/image" Target="media/image141.jpg"/><Relationship Id="rId150" Type="http://schemas.openxmlformats.org/officeDocument/2006/relationships/image" Target="media/image142.jpg"/><Relationship Id="rId151" Type="http://schemas.openxmlformats.org/officeDocument/2006/relationships/image" Target="media/image143.jpg"/><Relationship Id="rId152" Type="http://schemas.openxmlformats.org/officeDocument/2006/relationships/image" Target="media/image144.jpg"/><Relationship Id="rId153" Type="http://schemas.openxmlformats.org/officeDocument/2006/relationships/image" Target="media/image145.jpg"/><Relationship Id="rId154" Type="http://schemas.openxmlformats.org/officeDocument/2006/relationships/image" Target="media/image146.jpg"/><Relationship Id="rId155" Type="http://schemas.openxmlformats.org/officeDocument/2006/relationships/image" Target="media/image147.jpg"/><Relationship Id="rId156" Type="http://schemas.openxmlformats.org/officeDocument/2006/relationships/image" Target="media/image148.jpg"/><Relationship Id="rId157" Type="http://schemas.openxmlformats.org/officeDocument/2006/relationships/image" Target="media/image149.jpg"/><Relationship Id="rId158" Type="http://schemas.openxmlformats.org/officeDocument/2006/relationships/image" Target="media/image150.jpg"/><Relationship Id="rId159" Type="http://schemas.openxmlformats.org/officeDocument/2006/relationships/image" Target="media/image151.jpg"/><Relationship Id="rId160" Type="http://schemas.openxmlformats.org/officeDocument/2006/relationships/image" Target="media/image152.jpg"/><Relationship Id="rId161" Type="http://schemas.openxmlformats.org/officeDocument/2006/relationships/image" Target="media/image153.jpg"/><Relationship Id="rId162" Type="http://schemas.openxmlformats.org/officeDocument/2006/relationships/image" Target="media/image154.jpg"/><Relationship Id="rId163" Type="http://schemas.openxmlformats.org/officeDocument/2006/relationships/image" Target="media/image155.jpg"/><Relationship Id="rId164" Type="http://schemas.openxmlformats.org/officeDocument/2006/relationships/image" Target="media/image156.jpg"/><Relationship Id="rId165" Type="http://schemas.openxmlformats.org/officeDocument/2006/relationships/image" Target="media/image157.png"/><Relationship Id="rId166" Type="http://schemas.openxmlformats.org/officeDocument/2006/relationships/image" Target="media/image158.jpg"/><Relationship Id="rId167" Type="http://schemas.openxmlformats.org/officeDocument/2006/relationships/image" Target="media/image159.jpg"/><Relationship Id="rId168" Type="http://schemas.openxmlformats.org/officeDocument/2006/relationships/image" Target="media/image160.jpg"/><Relationship Id="rId169" Type="http://schemas.openxmlformats.org/officeDocument/2006/relationships/image" Target="media/image161.jpg"/><Relationship Id="rId170" Type="http://schemas.openxmlformats.org/officeDocument/2006/relationships/image" Target="media/image162.jpg"/><Relationship Id="rId171" Type="http://schemas.openxmlformats.org/officeDocument/2006/relationships/image" Target="media/image163.jpg"/><Relationship Id="rId172" Type="http://schemas.openxmlformats.org/officeDocument/2006/relationships/image" Target="media/image164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